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EFB6" w14:textId="2C7193EA" w:rsidR="00282ABC" w:rsidRPr="00A665FC" w:rsidRDefault="00F348E4">
      <w:pPr>
        <w:rPr>
          <w:b/>
          <w:color w:val="0082BC"/>
          <w:sz w:val="48"/>
        </w:rPr>
      </w:pPr>
      <w:r w:rsidRPr="00A665FC">
        <w:rPr>
          <w:rFonts w:ascii="Times New Roman"/>
          <w:noProof/>
          <w:sz w:val="20"/>
        </w:rPr>
        <mc:AlternateContent>
          <mc:Choice Requires="wps">
            <w:drawing>
              <wp:anchor distT="0" distB="0" distL="114300" distR="114300" simplePos="0" relativeHeight="251658250" behindDoc="0" locked="0" layoutInCell="1" allowOverlap="1" wp14:anchorId="147BD200" wp14:editId="40A93D09">
                <wp:simplePos x="0" y="0"/>
                <wp:positionH relativeFrom="margin">
                  <wp:posOffset>-790575</wp:posOffset>
                </wp:positionH>
                <wp:positionV relativeFrom="paragraph">
                  <wp:posOffset>-1021080</wp:posOffset>
                </wp:positionV>
                <wp:extent cx="7067550" cy="325755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67550" cy="3257550"/>
                        </a:xfrm>
                        <a:prstGeom prst="rect">
                          <a:avLst/>
                        </a:prstGeom>
                        <a:solidFill>
                          <a:srgbClr val="000000">
                            <a:alpha val="14999"/>
                          </a:srgbClr>
                        </a:solidFill>
                      </wps:spPr>
                      <wps:txbx>
                        <w:txbxContent>
                          <w:p w14:paraId="14DD0D91" w14:textId="4B4087E1" w:rsidR="006852CF" w:rsidRPr="00EB7CAD" w:rsidRDefault="005448B6" w:rsidP="00EB7CAD">
                            <w:pPr>
                              <w:spacing w:line="1023" w:lineRule="exact"/>
                              <w:ind w:left="-13"/>
                              <w:jc w:val="center"/>
                              <w:rPr>
                                <w:rFonts w:ascii="Trebuchet MS"/>
                                <w:b/>
                                <w:color w:val="FFFFFF"/>
                                <w:spacing w:val="17"/>
                                <w:sz w:val="72"/>
                                <w:szCs w:val="18"/>
                              </w:rPr>
                            </w:pPr>
                            <w:r w:rsidRPr="00EB7CAD">
                              <w:rPr>
                                <w:rFonts w:ascii="Trebuchet MS"/>
                                <w:b/>
                                <w:color w:val="FFFFFF"/>
                                <w:spacing w:val="17"/>
                                <w:sz w:val="72"/>
                                <w:szCs w:val="18"/>
                              </w:rPr>
                              <w:t>Flood and Coastal Erosion Risk Management Officer</w:t>
                            </w:r>
                          </w:p>
                          <w:p w14:paraId="6C5E8701" w14:textId="6DCF27D6" w:rsidR="006852CF" w:rsidRPr="00EB7CAD" w:rsidRDefault="006852CF" w:rsidP="006852CF">
                            <w:pPr>
                              <w:spacing w:line="1023" w:lineRule="exact"/>
                              <w:ind w:left="-13"/>
                              <w:jc w:val="center"/>
                              <w:rPr>
                                <w:rFonts w:ascii="Trebuchet MS"/>
                                <w:b/>
                                <w:color w:val="000000"/>
                                <w:sz w:val="144"/>
                                <w:szCs w:val="24"/>
                              </w:rPr>
                            </w:pPr>
                            <w:r w:rsidRPr="00EB7CAD">
                              <w:rPr>
                                <w:rFonts w:ascii="Trebuchet MS"/>
                                <w:b/>
                                <w:color w:val="FFFFFF"/>
                                <w:spacing w:val="17"/>
                                <w:sz w:val="72"/>
                                <w:szCs w:val="18"/>
                              </w:rPr>
                              <w:t>Applicant</w:t>
                            </w:r>
                            <w:r w:rsidRPr="00EB7CAD">
                              <w:rPr>
                                <w:rFonts w:ascii="Trebuchet MS"/>
                                <w:b/>
                                <w:color w:val="FFFFFF"/>
                                <w:spacing w:val="5"/>
                                <w:sz w:val="72"/>
                                <w:szCs w:val="18"/>
                              </w:rPr>
                              <w:t xml:space="preserve"> </w:t>
                            </w:r>
                            <w:r w:rsidRPr="00EB7CAD">
                              <w:rPr>
                                <w:rFonts w:ascii="Trebuchet MS"/>
                                <w:b/>
                                <w:color w:val="FFFFFF"/>
                                <w:spacing w:val="5"/>
                                <w:sz w:val="72"/>
                                <w:szCs w:val="72"/>
                              </w:rPr>
                              <w:t xml:space="preserve">Recruitment </w:t>
                            </w:r>
                            <w:r w:rsidRPr="00EB7CAD">
                              <w:rPr>
                                <w:rFonts w:ascii="Trebuchet MS"/>
                                <w:b/>
                                <w:color w:val="FFFFFF"/>
                                <w:spacing w:val="-4"/>
                                <w:sz w:val="72"/>
                                <w:szCs w:val="72"/>
                              </w:rPr>
                              <w:t>Pack</w:t>
                            </w:r>
                          </w:p>
                          <w:p w14:paraId="016E2B20" w14:textId="77777777" w:rsidR="006852CF" w:rsidRPr="00A665FC" w:rsidRDefault="006852CF" w:rsidP="006852CF">
                            <w:pPr>
                              <w:spacing w:before="58"/>
                              <w:ind w:left="-22"/>
                              <w:jc w:val="center"/>
                              <w:rPr>
                                <w:color w:val="000000"/>
                                <w:sz w:val="37"/>
                              </w:rPr>
                            </w:pPr>
                            <w:r w:rsidRPr="00A665FC">
                              <w:rPr>
                                <w:color w:val="FFFFFF"/>
                                <w:sz w:val="37"/>
                              </w:rPr>
                              <w:t>Sefton</w:t>
                            </w:r>
                            <w:r w:rsidRPr="00A665FC">
                              <w:rPr>
                                <w:color w:val="FFFFFF"/>
                                <w:spacing w:val="-1"/>
                                <w:sz w:val="37"/>
                              </w:rPr>
                              <w:t xml:space="preserve"> </w:t>
                            </w:r>
                            <w:r w:rsidRPr="00A665FC">
                              <w:rPr>
                                <w:color w:val="FFFFFF"/>
                                <w:sz w:val="37"/>
                              </w:rPr>
                              <w:t>is a</w:t>
                            </w:r>
                            <w:r w:rsidRPr="00A665FC">
                              <w:rPr>
                                <w:color w:val="FFFFFF"/>
                                <w:spacing w:val="-1"/>
                                <w:sz w:val="37"/>
                              </w:rPr>
                              <w:t xml:space="preserve"> </w:t>
                            </w:r>
                            <w:r w:rsidRPr="00A665FC">
                              <w:rPr>
                                <w:color w:val="FFFFFF"/>
                                <w:sz w:val="37"/>
                              </w:rPr>
                              <w:t>really great</w:t>
                            </w:r>
                            <w:r w:rsidRPr="00A665FC">
                              <w:rPr>
                                <w:color w:val="FFFFFF"/>
                                <w:spacing w:val="-1"/>
                                <w:sz w:val="37"/>
                              </w:rPr>
                              <w:t xml:space="preserve"> </w:t>
                            </w:r>
                            <w:r w:rsidRPr="00A665FC">
                              <w:rPr>
                                <w:color w:val="FFFFFF"/>
                                <w:sz w:val="37"/>
                              </w:rPr>
                              <w:t>place to</w:t>
                            </w:r>
                            <w:r w:rsidRPr="00A665FC">
                              <w:rPr>
                                <w:color w:val="FFFFFF"/>
                                <w:spacing w:val="-1"/>
                                <w:sz w:val="37"/>
                              </w:rPr>
                              <w:t xml:space="preserve"> </w:t>
                            </w:r>
                            <w:r w:rsidRPr="00A665FC">
                              <w:rPr>
                                <w:color w:val="FFFFFF"/>
                                <w:sz w:val="37"/>
                              </w:rPr>
                              <w:t>live and</w:t>
                            </w:r>
                            <w:r w:rsidRPr="00A665FC">
                              <w:rPr>
                                <w:color w:val="FFFFFF"/>
                                <w:spacing w:val="-1"/>
                                <w:sz w:val="37"/>
                              </w:rPr>
                              <w:t xml:space="preserve"> </w:t>
                            </w:r>
                            <w:r w:rsidRPr="00A665FC">
                              <w:rPr>
                                <w:color w:val="FFFFFF"/>
                                <w:spacing w:val="-4"/>
                                <w:sz w:val="37"/>
                              </w:rPr>
                              <w:t>work</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47BD200" id="_x0000_t202" coordsize="21600,21600" o:spt="202" path="m,l,21600r21600,l21600,xe">
                <v:stroke joinstyle="miter"/>
                <v:path gradientshapeok="t" o:connecttype="rect"/>
              </v:shapetype>
              <v:shape id="Textbox 18" o:spid="_x0000_s1026" type="#_x0000_t202" style="position:absolute;margin-left:-62.25pt;margin-top:-80.4pt;width:556.5pt;height:256.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" fillcolor="black" stroked="f">
                <v:fill opacity="9766f"/>
                <v:textbox inset="0,0,0,0">
                  <w:txbxContent>
                    <w:p w14:paraId="14DD0D91" w14:textId="4B4087E1" w:rsidR="006852CF" w:rsidRPr="00EB7CAD" w:rsidRDefault="005448B6" w:rsidP="00EB7CAD">
                      <w:pPr>
                        <w:spacing w:line="1023" w:lineRule="exact"/>
                        <w:ind w:left="-13"/>
                        <w:jc w:val="center"/>
                        <w:rPr>
                          <w:rFonts w:ascii="Trebuchet MS"/>
                          <w:b/>
                          <w:color w:val="FFFFFF"/>
                          <w:spacing w:val="17"/>
                          <w:sz w:val="72"/>
                          <w:szCs w:val="18"/>
                        </w:rPr>
                      </w:pPr>
                      <w:r w:rsidRPr="00EB7CAD">
                        <w:rPr>
                          <w:rFonts w:ascii="Trebuchet MS"/>
                          <w:b/>
                          <w:color w:val="FFFFFF"/>
                          <w:spacing w:val="17"/>
                          <w:sz w:val="72"/>
                          <w:szCs w:val="18"/>
                        </w:rPr>
                        <w:t>Flood and Coastal Erosion Risk Management Officer</w:t>
                      </w:r>
                    </w:p>
                    <w:p w14:paraId="6C5E8701" w14:textId="6DCF27D6" w:rsidR="006852CF" w:rsidRPr="00EB7CAD" w:rsidRDefault="006852CF" w:rsidP="006852CF">
                      <w:pPr>
                        <w:spacing w:line="1023" w:lineRule="exact"/>
                        <w:ind w:left="-13"/>
                        <w:jc w:val="center"/>
                        <w:rPr>
                          <w:rFonts w:ascii="Trebuchet MS"/>
                          <w:b/>
                          <w:color w:val="000000"/>
                          <w:sz w:val="144"/>
                          <w:szCs w:val="24"/>
                        </w:rPr>
                      </w:pPr>
                      <w:r w:rsidRPr="00EB7CAD">
                        <w:rPr>
                          <w:rFonts w:ascii="Trebuchet MS"/>
                          <w:b/>
                          <w:color w:val="FFFFFF"/>
                          <w:spacing w:val="17"/>
                          <w:sz w:val="72"/>
                          <w:szCs w:val="18"/>
                        </w:rPr>
                        <w:t>Applicant</w:t>
                      </w:r>
                      <w:r w:rsidRPr="00EB7CAD">
                        <w:rPr>
                          <w:rFonts w:ascii="Trebuchet MS"/>
                          <w:b/>
                          <w:color w:val="FFFFFF"/>
                          <w:spacing w:val="5"/>
                          <w:sz w:val="72"/>
                          <w:szCs w:val="18"/>
                        </w:rPr>
                        <w:t xml:space="preserve"> </w:t>
                      </w:r>
                      <w:r w:rsidRPr="00EB7CAD">
                        <w:rPr>
                          <w:rFonts w:ascii="Trebuchet MS"/>
                          <w:b/>
                          <w:color w:val="FFFFFF"/>
                          <w:spacing w:val="5"/>
                          <w:sz w:val="72"/>
                          <w:szCs w:val="72"/>
                        </w:rPr>
                        <w:t xml:space="preserve">Recruitment </w:t>
                      </w:r>
                      <w:r w:rsidRPr="00EB7CAD">
                        <w:rPr>
                          <w:rFonts w:ascii="Trebuchet MS"/>
                          <w:b/>
                          <w:color w:val="FFFFFF"/>
                          <w:spacing w:val="-4"/>
                          <w:sz w:val="72"/>
                          <w:szCs w:val="72"/>
                        </w:rPr>
                        <w:t>Pack</w:t>
                      </w:r>
                    </w:p>
                    <w:p w14:paraId="016E2B20" w14:textId="77777777" w:rsidR="006852CF" w:rsidRPr="00A665FC" w:rsidRDefault="006852CF" w:rsidP="006852CF">
                      <w:pPr>
                        <w:spacing w:before="58"/>
                        <w:ind w:left="-22"/>
                        <w:jc w:val="center"/>
                        <w:rPr>
                          <w:color w:val="000000"/>
                          <w:sz w:val="37"/>
                        </w:rPr>
                      </w:pPr>
                      <w:r w:rsidRPr="00A665FC">
                        <w:rPr>
                          <w:color w:val="FFFFFF"/>
                          <w:sz w:val="37"/>
                        </w:rPr>
                        <w:t>Sefton</w:t>
                      </w:r>
                      <w:r w:rsidRPr="00A665FC">
                        <w:rPr>
                          <w:color w:val="FFFFFF"/>
                          <w:spacing w:val="-1"/>
                          <w:sz w:val="37"/>
                        </w:rPr>
                        <w:t xml:space="preserve"> </w:t>
                      </w:r>
                      <w:r w:rsidRPr="00A665FC">
                        <w:rPr>
                          <w:color w:val="FFFFFF"/>
                          <w:sz w:val="37"/>
                        </w:rPr>
                        <w:t>is a</w:t>
                      </w:r>
                      <w:r w:rsidRPr="00A665FC">
                        <w:rPr>
                          <w:color w:val="FFFFFF"/>
                          <w:spacing w:val="-1"/>
                          <w:sz w:val="37"/>
                        </w:rPr>
                        <w:t xml:space="preserve"> </w:t>
                      </w:r>
                      <w:r w:rsidRPr="00A665FC">
                        <w:rPr>
                          <w:color w:val="FFFFFF"/>
                          <w:sz w:val="37"/>
                        </w:rPr>
                        <w:t>really great</w:t>
                      </w:r>
                      <w:r w:rsidRPr="00A665FC">
                        <w:rPr>
                          <w:color w:val="FFFFFF"/>
                          <w:spacing w:val="-1"/>
                          <w:sz w:val="37"/>
                        </w:rPr>
                        <w:t xml:space="preserve"> </w:t>
                      </w:r>
                      <w:r w:rsidRPr="00A665FC">
                        <w:rPr>
                          <w:color w:val="FFFFFF"/>
                          <w:sz w:val="37"/>
                        </w:rPr>
                        <w:t>place to</w:t>
                      </w:r>
                      <w:r w:rsidRPr="00A665FC">
                        <w:rPr>
                          <w:color w:val="FFFFFF"/>
                          <w:spacing w:val="-1"/>
                          <w:sz w:val="37"/>
                        </w:rPr>
                        <w:t xml:space="preserve"> </w:t>
                      </w:r>
                      <w:r w:rsidRPr="00A665FC">
                        <w:rPr>
                          <w:color w:val="FFFFFF"/>
                          <w:sz w:val="37"/>
                        </w:rPr>
                        <w:t>live and</w:t>
                      </w:r>
                      <w:r w:rsidRPr="00A665FC">
                        <w:rPr>
                          <w:color w:val="FFFFFF"/>
                          <w:spacing w:val="-1"/>
                          <w:sz w:val="37"/>
                        </w:rPr>
                        <w:t xml:space="preserve"> </w:t>
                      </w:r>
                      <w:r w:rsidRPr="00A665FC">
                        <w:rPr>
                          <w:color w:val="FFFFFF"/>
                          <w:spacing w:val="-4"/>
                          <w:sz w:val="37"/>
                        </w:rPr>
                        <w:t>work</w:t>
                      </w:r>
                    </w:p>
                  </w:txbxContent>
                </v:textbox>
                <w10:wrap anchorx="margin"/>
              </v:shape>
            </w:pict>
          </mc:Fallback>
        </mc:AlternateContent>
      </w:r>
      <w:r w:rsidR="004E027F" w:rsidRPr="00A665FC">
        <w:rPr>
          <w:rFonts w:ascii="Trebuchet MS"/>
          <w:b/>
          <w:noProof/>
          <w:sz w:val="82"/>
        </w:rPr>
        <mc:AlternateContent>
          <mc:Choice Requires="wpg">
            <w:drawing>
              <wp:anchor distT="0" distB="0" distL="0" distR="0" simplePos="0" relativeHeight="251658261" behindDoc="1" locked="0" layoutInCell="1" allowOverlap="1" wp14:anchorId="4046DBE5" wp14:editId="0238D833">
                <wp:simplePos x="0" y="0"/>
                <wp:positionH relativeFrom="page">
                  <wp:posOffset>7705725</wp:posOffset>
                </wp:positionH>
                <wp:positionV relativeFrom="page">
                  <wp:posOffset>1400175</wp:posOffset>
                </wp:positionV>
                <wp:extent cx="7559675" cy="10691495"/>
                <wp:effectExtent l="0" t="0" r="3175" b="0"/>
                <wp:wrapNone/>
                <wp:docPr id="2094280039" name="Group 20942800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9675" cy="10691495"/>
                          <a:chOff x="0" y="0"/>
                          <a:chExt cx="7560309" cy="10692002"/>
                        </a:xfrm>
                      </wpg:grpSpPr>
                      <wps:wsp>
                        <wps:cNvPr id="1841262831" name="Graphic 20"/>
                        <wps:cNvSpPr/>
                        <wps:spPr>
                          <a:xfrm>
                            <a:off x="951280" y="0"/>
                            <a:ext cx="826135" cy="256540"/>
                          </a:xfrm>
                          <a:custGeom>
                            <a:avLst/>
                            <a:gdLst/>
                            <a:ahLst/>
                            <a:cxnLst/>
                            <a:rect l="l" t="t" r="r" b="b"/>
                            <a:pathLst>
                              <a:path w="826135" h="256540">
                                <a:moveTo>
                                  <a:pt x="0" y="256082"/>
                                </a:moveTo>
                                <a:lnTo>
                                  <a:pt x="826109" y="256082"/>
                                </a:lnTo>
                                <a:lnTo>
                                  <a:pt x="826109" y="0"/>
                                </a:lnTo>
                                <a:lnTo>
                                  <a:pt x="0" y="0"/>
                                </a:lnTo>
                                <a:lnTo>
                                  <a:pt x="0" y="256082"/>
                                </a:lnTo>
                                <a:close/>
                              </a:path>
                            </a:pathLst>
                          </a:custGeom>
                          <a:solidFill>
                            <a:srgbClr val="C58C18"/>
                          </a:solidFill>
                        </wps:spPr>
                        <wps:bodyPr wrap="square" lIns="0" tIns="0" rIns="0" bIns="0" rtlCol="0">
                          <a:prstTxWarp prst="textNoShape">
                            <a:avLst/>
                          </a:prstTxWarp>
                          <a:noAutofit/>
                        </wps:bodyPr>
                      </wps:wsp>
                      <wps:wsp>
                        <wps:cNvPr id="946596282" name="Graphic 21"/>
                        <wps:cNvSpPr/>
                        <wps:spPr>
                          <a:xfrm>
                            <a:off x="1777390" y="0"/>
                            <a:ext cx="826135" cy="256540"/>
                          </a:xfrm>
                          <a:custGeom>
                            <a:avLst/>
                            <a:gdLst/>
                            <a:ahLst/>
                            <a:cxnLst/>
                            <a:rect l="l" t="t" r="r" b="b"/>
                            <a:pathLst>
                              <a:path w="826135" h="256540">
                                <a:moveTo>
                                  <a:pt x="0" y="256082"/>
                                </a:moveTo>
                                <a:lnTo>
                                  <a:pt x="826109" y="256082"/>
                                </a:lnTo>
                                <a:lnTo>
                                  <a:pt x="826109" y="0"/>
                                </a:lnTo>
                                <a:lnTo>
                                  <a:pt x="0" y="0"/>
                                </a:lnTo>
                                <a:lnTo>
                                  <a:pt x="0" y="256082"/>
                                </a:lnTo>
                                <a:close/>
                              </a:path>
                            </a:pathLst>
                          </a:custGeom>
                          <a:solidFill>
                            <a:srgbClr val="E8491B"/>
                          </a:solidFill>
                        </wps:spPr>
                        <wps:bodyPr wrap="square" lIns="0" tIns="0" rIns="0" bIns="0" rtlCol="0">
                          <a:prstTxWarp prst="textNoShape">
                            <a:avLst/>
                          </a:prstTxWarp>
                          <a:noAutofit/>
                        </wps:bodyPr>
                      </wps:wsp>
                      <wps:wsp>
                        <wps:cNvPr id="398581555" name="Graphic 22"/>
                        <wps:cNvSpPr/>
                        <wps:spPr>
                          <a:xfrm>
                            <a:off x="2603500" y="0"/>
                            <a:ext cx="826135" cy="256540"/>
                          </a:xfrm>
                          <a:custGeom>
                            <a:avLst/>
                            <a:gdLst/>
                            <a:ahLst/>
                            <a:cxnLst/>
                            <a:rect l="l" t="t" r="r" b="b"/>
                            <a:pathLst>
                              <a:path w="826135" h="256540">
                                <a:moveTo>
                                  <a:pt x="0" y="256082"/>
                                </a:moveTo>
                                <a:lnTo>
                                  <a:pt x="826109" y="256082"/>
                                </a:lnTo>
                                <a:lnTo>
                                  <a:pt x="826109" y="0"/>
                                </a:lnTo>
                                <a:lnTo>
                                  <a:pt x="0" y="0"/>
                                </a:lnTo>
                                <a:lnTo>
                                  <a:pt x="0" y="256082"/>
                                </a:lnTo>
                                <a:close/>
                              </a:path>
                            </a:pathLst>
                          </a:custGeom>
                          <a:solidFill>
                            <a:srgbClr val="90BF21"/>
                          </a:solidFill>
                        </wps:spPr>
                        <wps:bodyPr wrap="square" lIns="0" tIns="0" rIns="0" bIns="0" rtlCol="0">
                          <a:prstTxWarp prst="textNoShape">
                            <a:avLst/>
                          </a:prstTxWarp>
                          <a:noAutofit/>
                        </wps:bodyPr>
                      </wps:wsp>
                      <wps:wsp>
                        <wps:cNvPr id="1499702574" name="Graphic 23"/>
                        <wps:cNvSpPr/>
                        <wps:spPr>
                          <a:xfrm>
                            <a:off x="3429609" y="0"/>
                            <a:ext cx="826135" cy="256540"/>
                          </a:xfrm>
                          <a:custGeom>
                            <a:avLst/>
                            <a:gdLst/>
                            <a:ahLst/>
                            <a:cxnLst/>
                            <a:rect l="l" t="t" r="r" b="b"/>
                            <a:pathLst>
                              <a:path w="826135" h="256540">
                                <a:moveTo>
                                  <a:pt x="0" y="256082"/>
                                </a:moveTo>
                                <a:lnTo>
                                  <a:pt x="826109" y="256082"/>
                                </a:lnTo>
                                <a:lnTo>
                                  <a:pt x="826109" y="0"/>
                                </a:lnTo>
                                <a:lnTo>
                                  <a:pt x="0" y="0"/>
                                </a:lnTo>
                                <a:lnTo>
                                  <a:pt x="0" y="256082"/>
                                </a:lnTo>
                                <a:close/>
                              </a:path>
                            </a:pathLst>
                          </a:custGeom>
                          <a:solidFill>
                            <a:srgbClr val="A2579E"/>
                          </a:solidFill>
                        </wps:spPr>
                        <wps:bodyPr wrap="square" lIns="0" tIns="0" rIns="0" bIns="0" rtlCol="0">
                          <a:prstTxWarp prst="textNoShape">
                            <a:avLst/>
                          </a:prstTxWarp>
                          <a:noAutofit/>
                        </wps:bodyPr>
                      </wps:wsp>
                      <wps:wsp>
                        <wps:cNvPr id="703090120" name="Graphic 24"/>
                        <wps:cNvSpPr/>
                        <wps:spPr>
                          <a:xfrm>
                            <a:off x="4255719" y="0"/>
                            <a:ext cx="826135" cy="256540"/>
                          </a:xfrm>
                          <a:custGeom>
                            <a:avLst/>
                            <a:gdLst/>
                            <a:ahLst/>
                            <a:cxnLst/>
                            <a:rect l="l" t="t" r="r" b="b"/>
                            <a:pathLst>
                              <a:path w="826135" h="256540">
                                <a:moveTo>
                                  <a:pt x="0" y="256082"/>
                                </a:moveTo>
                                <a:lnTo>
                                  <a:pt x="826109" y="256082"/>
                                </a:lnTo>
                                <a:lnTo>
                                  <a:pt x="826109" y="0"/>
                                </a:lnTo>
                                <a:lnTo>
                                  <a:pt x="0" y="0"/>
                                </a:lnTo>
                                <a:lnTo>
                                  <a:pt x="0" y="256082"/>
                                </a:lnTo>
                                <a:close/>
                              </a:path>
                            </a:pathLst>
                          </a:custGeom>
                          <a:solidFill>
                            <a:srgbClr val="008A8E"/>
                          </a:solidFill>
                        </wps:spPr>
                        <wps:bodyPr wrap="square" lIns="0" tIns="0" rIns="0" bIns="0" rtlCol="0">
                          <a:prstTxWarp prst="textNoShape">
                            <a:avLst/>
                          </a:prstTxWarp>
                          <a:noAutofit/>
                        </wps:bodyPr>
                      </wps:wsp>
                      <wps:wsp>
                        <wps:cNvPr id="112185322" name="Graphic 25"/>
                        <wps:cNvSpPr/>
                        <wps:spPr>
                          <a:xfrm>
                            <a:off x="5081828" y="0"/>
                            <a:ext cx="826135" cy="256540"/>
                          </a:xfrm>
                          <a:custGeom>
                            <a:avLst/>
                            <a:gdLst/>
                            <a:ahLst/>
                            <a:cxnLst/>
                            <a:rect l="l" t="t" r="r" b="b"/>
                            <a:pathLst>
                              <a:path w="826135" h="256540">
                                <a:moveTo>
                                  <a:pt x="0" y="256082"/>
                                </a:moveTo>
                                <a:lnTo>
                                  <a:pt x="826109" y="256082"/>
                                </a:lnTo>
                                <a:lnTo>
                                  <a:pt x="826109" y="0"/>
                                </a:lnTo>
                                <a:lnTo>
                                  <a:pt x="0" y="0"/>
                                </a:lnTo>
                                <a:lnTo>
                                  <a:pt x="0" y="256082"/>
                                </a:lnTo>
                                <a:close/>
                              </a:path>
                            </a:pathLst>
                          </a:custGeom>
                          <a:solidFill>
                            <a:srgbClr val="303E91"/>
                          </a:solidFill>
                        </wps:spPr>
                        <wps:bodyPr wrap="square" lIns="0" tIns="0" rIns="0" bIns="0" rtlCol="0">
                          <a:prstTxWarp prst="textNoShape">
                            <a:avLst/>
                          </a:prstTxWarp>
                          <a:noAutofit/>
                        </wps:bodyPr>
                      </wps:wsp>
                      <wps:wsp>
                        <wps:cNvPr id="1405497928" name="Graphic 26"/>
                        <wps:cNvSpPr/>
                        <wps:spPr>
                          <a:xfrm>
                            <a:off x="5907938" y="0"/>
                            <a:ext cx="826135" cy="256540"/>
                          </a:xfrm>
                          <a:custGeom>
                            <a:avLst/>
                            <a:gdLst/>
                            <a:ahLst/>
                            <a:cxnLst/>
                            <a:rect l="l" t="t" r="r" b="b"/>
                            <a:pathLst>
                              <a:path w="826135" h="256540">
                                <a:moveTo>
                                  <a:pt x="0" y="256082"/>
                                </a:moveTo>
                                <a:lnTo>
                                  <a:pt x="826109" y="256082"/>
                                </a:lnTo>
                                <a:lnTo>
                                  <a:pt x="826109" y="0"/>
                                </a:lnTo>
                                <a:lnTo>
                                  <a:pt x="0" y="0"/>
                                </a:lnTo>
                                <a:lnTo>
                                  <a:pt x="0" y="256082"/>
                                </a:lnTo>
                                <a:close/>
                              </a:path>
                            </a:pathLst>
                          </a:custGeom>
                          <a:solidFill>
                            <a:srgbClr val="B50063"/>
                          </a:solidFill>
                        </wps:spPr>
                        <wps:bodyPr wrap="square" lIns="0" tIns="0" rIns="0" bIns="0" rtlCol="0">
                          <a:prstTxWarp prst="textNoShape">
                            <a:avLst/>
                          </a:prstTxWarp>
                          <a:noAutofit/>
                        </wps:bodyPr>
                      </wps:wsp>
                      <wps:wsp>
                        <wps:cNvPr id="2015464421" name="Graphic 28"/>
                        <wps:cNvSpPr/>
                        <wps:spPr>
                          <a:xfrm>
                            <a:off x="0" y="0"/>
                            <a:ext cx="7560309" cy="261620"/>
                          </a:xfrm>
                          <a:custGeom>
                            <a:avLst/>
                            <a:gdLst/>
                            <a:ahLst/>
                            <a:cxnLst/>
                            <a:rect l="l" t="t" r="r" b="b"/>
                            <a:pathLst>
                              <a:path w="7560309" h="261620">
                                <a:moveTo>
                                  <a:pt x="951280" y="0"/>
                                </a:moveTo>
                                <a:lnTo>
                                  <a:pt x="0" y="0"/>
                                </a:lnTo>
                                <a:lnTo>
                                  <a:pt x="0" y="256082"/>
                                </a:lnTo>
                                <a:lnTo>
                                  <a:pt x="951280" y="256082"/>
                                </a:lnTo>
                                <a:lnTo>
                                  <a:pt x="951280" y="0"/>
                                </a:lnTo>
                                <a:close/>
                              </a:path>
                              <a:path w="7560309" h="261620">
                                <a:moveTo>
                                  <a:pt x="7560005" y="0"/>
                                </a:moveTo>
                                <a:lnTo>
                                  <a:pt x="7559840" y="0"/>
                                </a:lnTo>
                                <a:lnTo>
                                  <a:pt x="7559840" y="261404"/>
                                </a:lnTo>
                                <a:lnTo>
                                  <a:pt x="7560005" y="261404"/>
                                </a:lnTo>
                                <a:lnTo>
                                  <a:pt x="7560005" y="0"/>
                                </a:lnTo>
                                <a:close/>
                              </a:path>
                            </a:pathLst>
                          </a:custGeom>
                          <a:solidFill>
                            <a:srgbClr val="007CBB"/>
                          </a:solidFill>
                        </wps:spPr>
                        <wps:bodyPr wrap="square" lIns="0" tIns="0" rIns="0" bIns="0" rtlCol="0">
                          <a:prstTxWarp prst="textNoShape">
                            <a:avLst/>
                          </a:prstTxWarp>
                          <a:noAutofit/>
                        </wps:bodyPr>
                      </wps:wsp>
                      <pic:pic xmlns:pic="http://schemas.openxmlformats.org/drawingml/2006/picture">
                        <pic:nvPicPr>
                          <pic:cNvPr id="937250305" name="Image 29"/>
                          <pic:cNvPicPr/>
                        </pic:nvPicPr>
                        <pic:blipFill>
                          <a:blip r:embed="rId11" cstate="print"/>
                          <a:stretch>
                            <a:fillRect/>
                          </a:stretch>
                        </pic:blipFill>
                        <pic:spPr>
                          <a:xfrm>
                            <a:off x="0" y="252006"/>
                            <a:ext cx="7560005" cy="10439996"/>
                          </a:xfrm>
                          <a:prstGeom prst="rect">
                            <a:avLst/>
                          </a:prstGeom>
                        </pic:spPr>
                      </pic:pic>
                      <wps:wsp>
                        <wps:cNvPr id="584440357" name="Graphic 30"/>
                        <wps:cNvSpPr/>
                        <wps:spPr>
                          <a:xfrm>
                            <a:off x="1602003" y="2337359"/>
                            <a:ext cx="5058410" cy="6750050"/>
                          </a:xfrm>
                          <a:custGeom>
                            <a:avLst/>
                            <a:gdLst/>
                            <a:ahLst/>
                            <a:cxnLst/>
                            <a:rect l="l" t="t" r="r" b="b"/>
                            <a:pathLst>
                              <a:path w="5058410" h="6750050">
                                <a:moveTo>
                                  <a:pt x="4626000" y="0"/>
                                </a:moveTo>
                                <a:lnTo>
                                  <a:pt x="0" y="0"/>
                                </a:lnTo>
                                <a:lnTo>
                                  <a:pt x="0" y="6317996"/>
                                </a:lnTo>
                                <a:lnTo>
                                  <a:pt x="2534" y="6365068"/>
                                </a:lnTo>
                                <a:lnTo>
                                  <a:pt x="9963" y="6410672"/>
                                </a:lnTo>
                                <a:lnTo>
                                  <a:pt x="22023" y="6454544"/>
                                </a:lnTo>
                                <a:lnTo>
                                  <a:pt x="38449" y="6496421"/>
                                </a:lnTo>
                                <a:lnTo>
                                  <a:pt x="58979" y="6536039"/>
                                </a:lnTo>
                                <a:lnTo>
                                  <a:pt x="83349" y="6573134"/>
                                </a:lnTo>
                                <a:lnTo>
                                  <a:pt x="111296" y="6607443"/>
                                </a:lnTo>
                                <a:lnTo>
                                  <a:pt x="142555" y="6638702"/>
                                </a:lnTo>
                                <a:lnTo>
                                  <a:pt x="176865" y="6666649"/>
                                </a:lnTo>
                                <a:lnTo>
                                  <a:pt x="213960" y="6691019"/>
                                </a:lnTo>
                                <a:lnTo>
                                  <a:pt x="253577" y="6711549"/>
                                </a:lnTo>
                                <a:lnTo>
                                  <a:pt x="295454" y="6727975"/>
                                </a:lnTo>
                                <a:lnTo>
                                  <a:pt x="339326" y="6740035"/>
                                </a:lnTo>
                                <a:lnTo>
                                  <a:pt x="384930" y="6747464"/>
                                </a:lnTo>
                                <a:lnTo>
                                  <a:pt x="432003" y="6749999"/>
                                </a:lnTo>
                                <a:lnTo>
                                  <a:pt x="5058003" y="6749999"/>
                                </a:lnTo>
                                <a:lnTo>
                                  <a:pt x="5058003" y="432003"/>
                                </a:lnTo>
                                <a:lnTo>
                                  <a:pt x="5055468" y="384930"/>
                                </a:lnTo>
                                <a:lnTo>
                                  <a:pt x="5048039" y="339326"/>
                                </a:lnTo>
                                <a:lnTo>
                                  <a:pt x="5035979" y="295454"/>
                                </a:lnTo>
                                <a:lnTo>
                                  <a:pt x="5019551" y="253577"/>
                                </a:lnTo>
                                <a:lnTo>
                                  <a:pt x="4999021" y="213960"/>
                                </a:lnTo>
                                <a:lnTo>
                                  <a:pt x="4974650" y="176865"/>
                                </a:lnTo>
                                <a:lnTo>
                                  <a:pt x="4946702" y="142555"/>
                                </a:lnTo>
                                <a:lnTo>
                                  <a:pt x="4915442" y="111296"/>
                                </a:lnTo>
                                <a:lnTo>
                                  <a:pt x="4881133" y="83349"/>
                                </a:lnTo>
                                <a:lnTo>
                                  <a:pt x="4844037" y="58979"/>
                                </a:lnTo>
                                <a:lnTo>
                                  <a:pt x="4804420" y="38449"/>
                                </a:lnTo>
                                <a:lnTo>
                                  <a:pt x="4762544" y="22023"/>
                                </a:lnTo>
                                <a:lnTo>
                                  <a:pt x="4718673" y="9963"/>
                                </a:lnTo>
                                <a:lnTo>
                                  <a:pt x="4673070" y="2534"/>
                                </a:lnTo>
                                <a:lnTo>
                                  <a:pt x="4626000" y="0"/>
                                </a:lnTo>
                                <a:close/>
                              </a:path>
                            </a:pathLst>
                          </a:custGeom>
                          <a:solidFill>
                            <a:srgbClr val="EBF1F9"/>
                          </a:solidFill>
                        </wps:spPr>
                        <wps:bodyPr wrap="square" lIns="0" tIns="0" rIns="0" bIns="0" rtlCol="0">
                          <a:prstTxWarp prst="textNoShape">
                            <a:avLst/>
                          </a:prstTxWarp>
                          <a:noAutofit/>
                        </wps:bodyPr>
                      </wps:wsp>
                      <pic:pic xmlns:pic="http://schemas.openxmlformats.org/drawingml/2006/picture">
                        <pic:nvPicPr>
                          <pic:cNvPr id="220046848" name="Image 31"/>
                          <pic:cNvPicPr/>
                        </pic:nvPicPr>
                        <pic:blipFill>
                          <a:blip r:embed="rId12" cstate="print"/>
                          <a:stretch>
                            <a:fillRect/>
                          </a:stretch>
                        </pic:blipFill>
                        <pic:spPr>
                          <a:xfrm>
                            <a:off x="931748" y="1873758"/>
                            <a:ext cx="2211057" cy="3374847"/>
                          </a:xfrm>
                          <a:prstGeom prst="rect">
                            <a:avLst/>
                          </a:prstGeom>
                        </pic:spPr>
                      </pic:pic>
                      <wps:wsp>
                        <wps:cNvPr id="1119660702" name="Graphic 32"/>
                        <wps:cNvSpPr/>
                        <wps:spPr>
                          <a:xfrm>
                            <a:off x="931750" y="1873758"/>
                            <a:ext cx="2211070" cy="3375025"/>
                          </a:xfrm>
                          <a:custGeom>
                            <a:avLst/>
                            <a:gdLst/>
                            <a:ahLst/>
                            <a:cxnLst/>
                            <a:rect l="l" t="t" r="r" b="b"/>
                            <a:pathLst>
                              <a:path w="2211070" h="3375025">
                                <a:moveTo>
                                  <a:pt x="0" y="0"/>
                                </a:moveTo>
                                <a:lnTo>
                                  <a:pt x="0" y="2942856"/>
                                </a:lnTo>
                                <a:lnTo>
                                  <a:pt x="2534" y="2989926"/>
                                </a:lnTo>
                                <a:lnTo>
                                  <a:pt x="9963" y="3035528"/>
                                </a:lnTo>
                                <a:lnTo>
                                  <a:pt x="22023" y="3079399"/>
                                </a:lnTo>
                                <a:lnTo>
                                  <a:pt x="38449" y="3121274"/>
                                </a:lnTo>
                                <a:lnTo>
                                  <a:pt x="58979" y="3160890"/>
                                </a:lnTo>
                                <a:lnTo>
                                  <a:pt x="83349" y="3197984"/>
                                </a:lnTo>
                                <a:lnTo>
                                  <a:pt x="111296" y="3232293"/>
                                </a:lnTo>
                                <a:lnTo>
                                  <a:pt x="142555" y="3263552"/>
                                </a:lnTo>
                                <a:lnTo>
                                  <a:pt x="176865" y="3291498"/>
                                </a:lnTo>
                                <a:lnTo>
                                  <a:pt x="213960" y="3315867"/>
                                </a:lnTo>
                                <a:lnTo>
                                  <a:pt x="253577" y="3336397"/>
                                </a:lnTo>
                                <a:lnTo>
                                  <a:pt x="295454" y="3352824"/>
                                </a:lnTo>
                                <a:lnTo>
                                  <a:pt x="339326" y="3364883"/>
                                </a:lnTo>
                                <a:lnTo>
                                  <a:pt x="384930" y="3372312"/>
                                </a:lnTo>
                                <a:lnTo>
                                  <a:pt x="432003" y="3374847"/>
                                </a:lnTo>
                                <a:lnTo>
                                  <a:pt x="2211044" y="3374847"/>
                                </a:lnTo>
                                <a:lnTo>
                                  <a:pt x="2211044" y="432003"/>
                                </a:lnTo>
                                <a:lnTo>
                                  <a:pt x="2208509" y="384930"/>
                                </a:lnTo>
                                <a:lnTo>
                                  <a:pt x="2201080" y="339326"/>
                                </a:lnTo>
                                <a:lnTo>
                                  <a:pt x="2189021" y="295454"/>
                                </a:lnTo>
                                <a:lnTo>
                                  <a:pt x="2172595" y="253577"/>
                                </a:lnTo>
                                <a:lnTo>
                                  <a:pt x="2152065" y="213960"/>
                                </a:lnTo>
                                <a:lnTo>
                                  <a:pt x="2127695" y="176865"/>
                                </a:lnTo>
                                <a:lnTo>
                                  <a:pt x="2099749" y="142555"/>
                                </a:lnTo>
                                <a:lnTo>
                                  <a:pt x="2068490" y="111296"/>
                                </a:lnTo>
                                <a:lnTo>
                                  <a:pt x="2034182" y="83349"/>
                                </a:lnTo>
                                <a:lnTo>
                                  <a:pt x="1997088" y="58979"/>
                                </a:lnTo>
                                <a:lnTo>
                                  <a:pt x="1957471" y="38449"/>
                                </a:lnTo>
                                <a:lnTo>
                                  <a:pt x="1915596" y="22023"/>
                                </a:lnTo>
                                <a:lnTo>
                                  <a:pt x="1871726" y="9963"/>
                                </a:lnTo>
                                <a:lnTo>
                                  <a:pt x="1826124" y="2534"/>
                                </a:lnTo>
                                <a:lnTo>
                                  <a:pt x="1779054" y="0"/>
                                </a:lnTo>
                                <a:lnTo>
                                  <a:pt x="0" y="0"/>
                                </a:lnTo>
                                <a:close/>
                              </a:path>
                            </a:pathLst>
                          </a:custGeom>
                          <a:ln w="63499">
                            <a:solidFill>
                              <a:srgbClr val="B5CEE9"/>
                            </a:solidFill>
                            <a:prstDash val="solid"/>
                          </a:ln>
                        </wps:spPr>
                        <wps:bodyPr wrap="square" lIns="0" tIns="0" rIns="0" bIns="0" rtlCol="0">
                          <a:prstTxWarp prst="textNoShape">
                            <a:avLst/>
                          </a:prstTxWarp>
                          <a:noAutofit/>
                        </wps:bodyPr>
                      </wps:wsp>
                      <pic:pic xmlns:pic="http://schemas.openxmlformats.org/drawingml/2006/picture">
                        <pic:nvPicPr>
                          <pic:cNvPr id="1307971224" name="Image 33"/>
                          <pic:cNvPicPr/>
                        </pic:nvPicPr>
                        <pic:blipFill>
                          <a:blip r:embed="rId13" cstate="print"/>
                          <a:stretch>
                            <a:fillRect/>
                          </a:stretch>
                        </pic:blipFill>
                        <pic:spPr>
                          <a:xfrm>
                            <a:off x="663155" y="9745119"/>
                            <a:ext cx="2288832" cy="373945"/>
                          </a:xfrm>
                          <a:prstGeom prst="rect">
                            <a:avLst/>
                          </a:prstGeom>
                        </pic:spPr>
                      </pic:pic>
                    </wpg:wgp>
                  </a:graphicData>
                </a:graphic>
              </wp:anchor>
            </w:drawing>
          </mc:Choice>
          <mc:Fallback>
            <w:pict>
              <v:group w14:anchorId="1811B837" id="Group 2094280039" o:spid="_x0000_s1026" style="position:absolute;margin-left:606.75pt;margin-top:110.25pt;width:595.25pt;height:841.85pt;z-index:-251658219;mso-wrap-distance-left:0;mso-wrap-distance-right:0;mso-position-horizontal-relative:page;mso-position-vertical-relative:page" coordsize="75603,106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">
                <v:shape id="Graphic 20" o:spid="_x0000_s1027" style="position:absolute;left:9512;width:8262;height:2565;visibility:visible;mso-wrap-style:square;v-text-anchor:top" coordsize="826135,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" path="m,256082r826109,l826109,,,,,256082xe" fillcolor="#c58c18" stroked="f">
                  <v:path arrowok="t"/>
                </v:shape>
                <v:shape id="Graphic 21" o:spid="_x0000_s1028" style="position:absolute;left:17773;width:8262;height:2565;visibility:visible;mso-wrap-style:square;v-text-anchor:top" coordsize="826135,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" path="m,256082r826109,l826109,,,,,256082xe" fillcolor="#e8491b" stroked="f">
                  <v:path arrowok="t"/>
                </v:shape>
                <v:shape id="Graphic 22" o:spid="_x0000_s1029" style="position:absolute;left:26035;width:8261;height:2565;visibility:visible;mso-wrap-style:square;v-text-anchor:top" coordsize="826135,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" path="m,256082r826109,l826109,,,,,256082xe" fillcolor="#90bf21" stroked="f">
                  <v:path arrowok="t"/>
                </v:shape>
                <v:shape id="Graphic 23" o:spid="_x0000_s1030" style="position:absolute;left:34296;width:8261;height:2565;visibility:visible;mso-wrap-style:square;v-text-anchor:top" coordsize="826135,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" path="m,256082r826109,l826109,,,,,256082xe" fillcolor="#a2579e" stroked="f">
                  <v:path arrowok="t"/>
                </v:shape>
                <v:shape id="Graphic 24" o:spid="_x0000_s1031" style="position:absolute;left:42557;width:8261;height:2565;visibility:visible;mso-wrap-style:square;v-text-anchor:top" coordsize="826135,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" path="m,256082r826109,l826109,,,,,256082xe" fillcolor="#008a8e" stroked="f">
                  <v:path arrowok="t"/>
                </v:shape>
                <v:shape id="Graphic 25" o:spid="_x0000_s1032" style="position:absolute;left:50818;width:8261;height:2565;visibility:visible;mso-wrap-style:square;v-text-anchor:top" coordsize="826135,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" path="m,256082r826109,l826109,,,,,256082xe" fillcolor="#303e91" stroked="f">
                  <v:path arrowok="t"/>
                </v:shape>
                <v:shape id="Graphic 26" o:spid="_x0000_s1033" style="position:absolute;left:59079;width:8261;height:2565;visibility:visible;mso-wrap-style:square;v-text-anchor:top" coordsize="826135,25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" path="m,256082r826109,l826109,,,,,256082xe" fillcolor="#b50063" stroked="f">
                  <v:path arrowok="t"/>
                </v:shape>
                <v:shape id="Graphic 28" o:spid="_x0000_s1034" style="position:absolute;width:75603;height:2616;visibility:visible;mso-wrap-style:square;v-text-anchor:top" coordsize="7560309,26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" path="m951280,l,,,256082r951280,l951280,xem7560005,r-165,l7559840,261404r165,l7560005,xe" fillcolor="#007cb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9" o:spid="_x0000_s1035" type="#_x0000_t75" style="position:absolute;top:2520;width:75600;height:104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">
                  <v:imagedata r:id="rId14" o:title=""/>
                </v:shape>
                <v:shape id="Graphic 30" o:spid="_x0000_s1036" style="position:absolute;left:16020;top:23373;width:50584;height:67501;visibility:visible;mso-wrap-style:square;v-text-anchor:top" coordsize="5058410,675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" path="m4626000,l,,,6317996r2534,47072l9963,6410672r12060,43872l38449,6496421r20530,39618l83349,6573134r27947,34309l142555,6638702r34310,27947l213960,6691019r39617,20530l295454,6727975r43872,12060l384930,6747464r47073,2535l5058003,6749999r,-6317996l5055468,384930r-7429,-45604l5035979,295454r-16428,-41877l4999021,213960r-24371,-37095l4946702,142555r-31260,-31259l4881133,83349,4844037,58979,4804420,38449,4762544,22023,4718673,9963,4673070,2534,4626000,xe" fillcolor="#ebf1f9" stroked="f">
                  <v:path arrowok="t"/>
                </v:shape>
                <v:shape id="Image 31" o:spid="_x0000_s1037" type="#_x0000_t75" style="position:absolute;left:9317;top:18737;width:22111;height:33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">
                  <v:imagedata r:id="rId15" o:title=""/>
                </v:shape>
                <v:shape id="Graphic 32" o:spid="_x0000_s1038" style="position:absolute;left:9317;top:18737;width:22111;height:33750;visibility:visible;mso-wrap-style:square;v-text-anchor:top" coordsize="2211070,337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" path="m,l,2942856r2534,47070l9963,3035528r12060,43871l38449,3121274r20530,39616l83349,3197984r27947,34309l142555,3263552r34310,27946l213960,3315867r39617,20530l295454,3352824r43872,12059l384930,3372312r47073,2535l2211044,3374847r,-2942844l2208509,384930r-7429,-45604l2189021,295454r-16426,-41877l2152065,213960r-24370,-37095l2099749,142555r-31259,-31259l2034182,83349,1997088,58979,1957471,38449,1915596,22023,1871726,9963,1826124,2534,1779054,,,xe" filled="f" strokecolor="#b5cee9" strokeweight="1.76386mm">
                  <v:path arrowok="t"/>
                </v:shape>
                <v:shape id="Image 33" o:spid="_x0000_s1039" type="#_x0000_t75" style="position:absolute;left:6631;top:97451;width:22888;height:37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">
                  <v:imagedata r:id="rId16" o:title=""/>
                </v:shape>
                <w10:wrap anchorx="page" anchory="page"/>
              </v:group>
            </w:pict>
          </mc:Fallback>
        </mc:AlternateContent>
      </w:r>
      <w:r w:rsidR="00BE7853" w:rsidRPr="00A665FC">
        <w:rPr>
          <w:noProof/>
        </w:rPr>
        <w:drawing>
          <wp:anchor distT="0" distB="0" distL="114300" distR="114300" simplePos="0" relativeHeight="251658249" behindDoc="0" locked="0" layoutInCell="1" allowOverlap="1" wp14:anchorId="6A9DAC06" wp14:editId="6B05460B">
            <wp:simplePos x="0" y="0"/>
            <wp:positionH relativeFrom="page">
              <wp:align>right</wp:align>
            </wp:positionH>
            <wp:positionV relativeFrom="paragraph">
              <wp:posOffset>-1332865</wp:posOffset>
            </wp:positionV>
            <wp:extent cx="8039100" cy="10039350"/>
            <wp:effectExtent l="0" t="0" r="0" b="0"/>
            <wp:wrapNone/>
            <wp:docPr id="15" name="Image 15" descr="A person standing in water&#10;&#10;AI-generated content may be incorrect."/>
            <wp:cNvGraphicFramePr/>
            <a:graphic xmlns:a="http://schemas.openxmlformats.org/drawingml/2006/main">
              <a:graphicData uri="http://schemas.openxmlformats.org/drawingml/2006/picture">
                <pic:pic xmlns:pic="http://schemas.openxmlformats.org/drawingml/2006/picture">
                  <pic:nvPicPr>
                    <pic:cNvPr id="15" name="Image 15" descr="A person standing in water&#10;&#10;AI-generated content may be incorrect."/>
                    <pic:cNvPicPr/>
                  </pic:nvPicPr>
                  <pic:blipFill>
                    <a:blip r:embed="rId17" cstate="print"/>
                    <a:stretch>
                      <a:fillRect/>
                    </a:stretch>
                  </pic:blipFill>
                  <pic:spPr>
                    <a:xfrm>
                      <a:off x="0" y="0"/>
                      <a:ext cx="8039100" cy="10039350"/>
                    </a:xfrm>
                    <a:prstGeom prst="rect">
                      <a:avLst/>
                    </a:prstGeom>
                  </pic:spPr>
                </pic:pic>
              </a:graphicData>
            </a:graphic>
            <wp14:sizeRelH relativeFrom="margin">
              <wp14:pctWidth>0</wp14:pctWidth>
            </wp14:sizeRelH>
            <wp14:sizeRelV relativeFrom="margin">
              <wp14:pctHeight>0</wp14:pctHeight>
            </wp14:sizeRelV>
          </wp:anchor>
        </w:drawing>
      </w:r>
      <w:r w:rsidR="001303A8" w:rsidRPr="00A665FC">
        <w:rPr>
          <w:noProof/>
        </w:rPr>
        <mc:AlternateContent>
          <mc:Choice Requires="wps">
            <w:drawing>
              <wp:anchor distT="0" distB="0" distL="114300" distR="114300" simplePos="0" relativeHeight="251658251" behindDoc="0" locked="0" layoutInCell="1" allowOverlap="1" wp14:anchorId="6669B4ED" wp14:editId="11CF7A96">
                <wp:simplePos x="0" y="0"/>
                <wp:positionH relativeFrom="column">
                  <wp:posOffset>-87630</wp:posOffset>
                </wp:positionH>
                <wp:positionV relativeFrom="paragraph">
                  <wp:posOffset>-1332865</wp:posOffset>
                </wp:positionV>
                <wp:extent cx="825500" cy="261620"/>
                <wp:effectExtent l="0" t="0" r="0" b="0"/>
                <wp:wrapNone/>
                <wp:docPr id="6" name="Graphic 6"/>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C58C18"/>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3C97B99" id="Graphic 6" o:spid="_x0000_s1026" style="position:absolute;margin-left:-6.9pt;margin-top:-104.95pt;width:65pt;height:20.6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" path="m826109,l,,,261404r826109,l826109,xe" fillcolor="#c58c18" stroked="f">
                <v:path arrowok="t"/>
              </v:shape>
            </w:pict>
          </mc:Fallback>
        </mc:AlternateContent>
      </w:r>
      <w:r w:rsidR="001303A8" w:rsidRPr="00A665FC">
        <w:rPr>
          <w:noProof/>
        </w:rPr>
        <mc:AlternateContent>
          <mc:Choice Requires="wps">
            <w:drawing>
              <wp:anchor distT="0" distB="0" distL="114300" distR="114300" simplePos="0" relativeHeight="251658252" behindDoc="0" locked="0" layoutInCell="1" allowOverlap="1" wp14:anchorId="6BABE0BE" wp14:editId="5F9E7EC4">
                <wp:simplePos x="0" y="0"/>
                <wp:positionH relativeFrom="column">
                  <wp:posOffset>738505</wp:posOffset>
                </wp:positionH>
                <wp:positionV relativeFrom="paragraph">
                  <wp:posOffset>-1332865</wp:posOffset>
                </wp:positionV>
                <wp:extent cx="825500" cy="261620"/>
                <wp:effectExtent l="0" t="0" r="0" b="0"/>
                <wp:wrapNone/>
                <wp:docPr id="7" name="Graphic 7"/>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E8491B"/>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3F90DF0" id="Graphic 7" o:spid="_x0000_s1026" style="position:absolute;margin-left:58.15pt;margin-top:-104.95pt;width:65pt;height:20.6pt;z-index:2516582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" path="m826109,l,,,261404r826109,l826109,xe" fillcolor="#e8491b" stroked="f">
                <v:path arrowok="t"/>
              </v:shape>
            </w:pict>
          </mc:Fallback>
        </mc:AlternateContent>
      </w:r>
      <w:r w:rsidR="001303A8" w:rsidRPr="00A665FC">
        <w:rPr>
          <w:noProof/>
        </w:rPr>
        <mc:AlternateContent>
          <mc:Choice Requires="wps">
            <w:drawing>
              <wp:anchor distT="0" distB="0" distL="114300" distR="114300" simplePos="0" relativeHeight="251658253" behindDoc="0" locked="0" layoutInCell="1" allowOverlap="1" wp14:anchorId="2A987DDF" wp14:editId="5E7220D5">
                <wp:simplePos x="0" y="0"/>
                <wp:positionH relativeFrom="column">
                  <wp:posOffset>1564640</wp:posOffset>
                </wp:positionH>
                <wp:positionV relativeFrom="paragraph">
                  <wp:posOffset>-1332865</wp:posOffset>
                </wp:positionV>
                <wp:extent cx="825500" cy="261620"/>
                <wp:effectExtent l="0" t="0" r="0" b="0"/>
                <wp:wrapNone/>
                <wp:docPr id="8" name="Graphic 8"/>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90BF21"/>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33E893D" id="Graphic 8" o:spid="_x0000_s1026" style="position:absolute;margin-left:123.2pt;margin-top:-104.95pt;width:65pt;height:20.6pt;z-index:2516582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" path="m826109,l,,,261404r826109,l826109,xe" fillcolor="#90bf21" stroked="f">
                <v:path arrowok="t"/>
              </v:shape>
            </w:pict>
          </mc:Fallback>
        </mc:AlternateContent>
      </w:r>
      <w:r w:rsidR="001303A8" w:rsidRPr="00A665FC">
        <w:rPr>
          <w:noProof/>
        </w:rPr>
        <mc:AlternateContent>
          <mc:Choice Requires="wps">
            <w:drawing>
              <wp:anchor distT="0" distB="0" distL="114300" distR="114300" simplePos="0" relativeHeight="251658254" behindDoc="0" locked="0" layoutInCell="1" allowOverlap="1" wp14:anchorId="1D462D5A" wp14:editId="5B628057">
                <wp:simplePos x="0" y="0"/>
                <wp:positionH relativeFrom="column">
                  <wp:posOffset>2390775</wp:posOffset>
                </wp:positionH>
                <wp:positionV relativeFrom="paragraph">
                  <wp:posOffset>-1332865</wp:posOffset>
                </wp:positionV>
                <wp:extent cx="825500" cy="261620"/>
                <wp:effectExtent l="0" t="0" r="0" b="0"/>
                <wp:wrapNone/>
                <wp:docPr id="9" name="Graphic 9"/>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A2579E"/>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6A5514C" id="Graphic 9" o:spid="_x0000_s1026" style="position:absolute;margin-left:188.25pt;margin-top:-104.95pt;width:65pt;height:20.6pt;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" path="m826109,l,,,261404r826109,l826109,xe" fillcolor="#a2579e" stroked="f">
                <v:path arrowok="t"/>
              </v:shape>
            </w:pict>
          </mc:Fallback>
        </mc:AlternateContent>
      </w:r>
      <w:r w:rsidR="001303A8" w:rsidRPr="00A665FC">
        <w:rPr>
          <w:noProof/>
        </w:rPr>
        <mc:AlternateContent>
          <mc:Choice Requires="wps">
            <w:drawing>
              <wp:anchor distT="0" distB="0" distL="114300" distR="114300" simplePos="0" relativeHeight="251658255" behindDoc="0" locked="0" layoutInCell="1" allowOverlap="1" wp14:anchorId="357389DF" wp14:editId="6CE27832">
                <wp:simplePos x="0" y="0"/>
                <wp:positionH relativeFrom="column">
                  <wp:posOffset>3216910</wp:posOffset>
                </wp:positionH>
                <wp:positionV relativeFrom="paragraph">
                  <wp:posOffset>-1332865</wp:posOffset>
                </wp:positionV>
                <wp:extent cx="825500" cy="261620"/>
                <wp:effectExtent l="0" t="0" r="0" b="0"/>
                <wp:wrapNone/>
                <wp:docPr id="10" name="Graphic 10"/>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008A8E"/>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F655984" id="Graphic 10" o:spid="_x0000_s1026" style="position:absolute;margin-left:253.3pt;margin-top:-104.95pt;width:65pt;height:20.6pt;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" path="m826109,l,,,261404r826109,l826109,xe" fillcolor="#008a8e" stroked="f">
                <v:path arrowok="t"/>
              </v:shape>
            </w:pict>
          </mc:Fallback>
        </mc:AlternateContent>
      </w:r>
      <w:r w:rsidR="001303A8" w:rsidRPr="00A665FC">
        <w:rPr>
          <w:noProof/>
        </w:rPr>
        <mc:AlternateContent>
          <mc:Choice Requires="wps">
            <w:drawing>
              <wp:anchor distT="0" distB="0" distL="114300" distR="114300" simplePos="0" relativeHeight="251658256" behindDoc="0" locked="0" layoutInCell="1" allowOverlap="1" wp14:anchorId="5403E0F6" wp14:editId="472A1A43">
                <wp:simplePos x="0" y="0"/>
                <wp:positionH relativeFrom="column">
                  <wp:posOffset>4042410</wp:posOffset>
                </wp:positionH>
                <wp:positionV relativeFrom="paragraph">
                  <wp:posOffset>-1332865</wp:posOffset>
                </wp:positionV>
                <wp:extent cx="825500" cy="261620"/>
                <wp:effectExtent l="0" t="0" r="0" b="0"/>
                <wp:wrapNone/>
                <wp:docPr id="11" name="Graphic 11"/>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303E91"/>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A7CFFD2" id="Graphic 11" o:spid="_x0000_s1026" style="position:absolute;margin-left:318.3pt;margin-top:-104.95pt;width:65pt;height:20.6pt;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" path="m826109,l,,,261404r826109,l826109,xe" fillcolor="#303e91" stroked="f">
                <v:path arrowok="t"/>
              </v:shape>
            </w:pict>
          </mc:Fallback>
        </mc:AlternateContent>
      </w:r>
      <w:r w:rsidR="001303A8" w:rsidRPr="00A665FC">
        <w:rPr>
          <w:noProof/>
        </w:rPr>
        <mc:AlternateContent>
          <mc:Choice Requires="wps">
            <w:drawing>
              <wp:anchor distT="0" distB="0" distL="114300" distR="114300" simplePos="0" relativeHeight="251658257" behindDoc="0" locked="0" layoutInCell="1" allowOverlap="1" wp14:anchorId="5214EE47" wp14:editId="353E5F2C">
                <wp:simplePos x="0" y="0"/>
                <wp:positionH relativeFrom="column">
                  <wp:posOffset>4868545</wp:posOffset>
                </wp:positionH>
                <wp:positionV relativeFrom="paragraph">
                  <wp:posOffset>-1332865</wp:posOffset>
                </wp:positionV>
                <wp:extent cx="825500" cy="261620"/>
                <wp:effectExtent l="0" t="0" r="0" b="0"/>
                <wp:wrapNone/>
                <wp:docPr id="12" name="Graphic 12"/>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B50063"/>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C113463" id="Graphic 12" o:spid="_x0000_s1026" style="position:absolute;margin-left:383.35pt;margin-top:-104.95pt;width:65pt;height:20.6pt;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" path="m826109,l,,,261404r826109,l826109,xe" fillcolor="#b50063" stroked="f">
                <v:path arrowok="t"/>
              </v:shape>
            </w:pict>
          </mc:Fallback>
        </mc:AlternateContent>
      </w:r>
      <w:r w:rsidR="001303A8" w:rsidRPr="00A665FC">
        <w:rPr>
          <w:noProof/>
        </w:rPr>
        <mc:AlternateContent>
          <mc:Choice Requires="wps">
            <w:drawing>
              <wp:anchor distT="0" distB="0" distL="114300" distR="114300" simplePos="0" relativeHeight="251658258" behindDoc="0" locked="0" layoutInCell="1" allowOverlap="1" wp14:anchorId="6752002B" wp14:editId="34D5E4DD">
                <wp:simplePos x="0" y="0"/>
                <wp:positionH relativeFrom="column">
                  <wp:posOffset>5694680</wp:posOffset>
                </wp:positionH>
                <wp:positionV relativeFrom="paragraph">
                  <wp:posOffset>-1332865</wp:posOffset>
                </wp:positionV>
                <wp:extent cx="825500" cy="261620"/>
                <wp:effectExtent l="0" t="0" r="0" b="0"/>
                <wp:wrapNone/>
                <wp:docPr id="13" name="Graphic 13"/>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00803D"/>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1283E5A" id="Graphic 13" o:spid="_x0000_s1026" style="position:absolute;margin-left:448.4pt;margin-top:-104.95pt;width:65pt;height:20.6pt;z-index:2516582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" path="m826109,l,,,261404r826109,l826109,xe" fillcolor="#00803d" stroked="f">
                <v:path arrowok="t"/>
              </v:shape>
            </w:pict>
          </mc:Fallback>
        </mc:AlternateContent>
      </w:r>
      <w:r w:rsidR="001303A8" w:rsidRPr="00A665FC">
        <w:rPr>
          <w:noProof/>
        </w:rPr>
        <mc:AlternateContent>
          <mc:Choice Requires="wps">
            <w:drawing>
              <wp:anchor distT="0" distB="0" distL="114300" distR="114300" simplePos="0" relativeHeight="251658259" behindDoc="0" locked="0" layoutInCell="1" allowOverlap="1" wp14:anchorId="7AA9FCBF" wp14:editId="28F67411">
                <wp:simplePos x="0" y="0"/>
                <wp:positionH relativeFrom="column">
                  <wp:posOffset>-1038225</wp:posOffset>
                </wp:positionH>
                <wp:positionV relativeFrom="paragraph">
                  <wp:posOffset>-1332865</wp:posOffset>
                </wp:positionV>
                <wp:extent cx="951150" cy="261620"/>
                <wp:effectExtent l="0" t="0" r="0" b="0"/>
                <wp:wrapNone/>
                <wp:docPr id="14" name="Graphic 14"/>
                <wp:cNvGraphicFramePr/>
                <a:graphic xmlns:a="http://schemas.openxmlformats.org/drawingml/2006/main">
                  <a:graphicData uri="http://schemas.microsoft.com/office/word/2010/wordprocessingShape">
                    <wps:wsp>
                      <wps:cNvSpPr/>
                      <wps:spPr>
                        <a:xfrm>
                          <a:off x="0" y="0"/>
                          <a:ext cx="951150" cy="261620"/>
                        </a:xfrm>
                        <a:custGeom>
                          <a:avLst/>
                          <a:gdLst/>
                          <a:ahLst/>
                          <a:cxnLst/>
                          <a:rect l="l" t="t" r="r" b="b"/>
                          <a:pathLst>
                            <a:path w="951230" h="261620">
                              <a:moveTo>
                                <a:pt x="0" y="261404"/>
                              </a:moveTo>
                              <a:lnTo>
                                <a:pt x="951128" y="261404"/>
                              </a:lnTo>
                              <a:lnTo>
                                <a:pt x="951128" y="0"/>
                              </a:lnTo>
                              <a:lnTo>
                                <a:pt x="0" y="0"/>
                              </a:lnTo>
                              <a:lnTo>
                                <a:pt x="0" y="261404"/>
                              </a:lnTo>
                              <a:close/>
                            </a:path>
                          </a:pathLst>
                        </a:custGeom>
                        <a:solidFill>
                          <a:srgbClr val="007CBB"/>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28633DF" id="Graphic 14" o:spid="_x0000_s1026" style="position:absolute;margin-left:-81.75pt;margin-top:-104.95pt;width:74.9pt;height:20.6pt;z-index:2516582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951230,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" path="m,261404r951128,l951128,,,,,261404xe" fillcolor="#007cbb" stroked="f">
                <v:path arrowok="t"/>
              </v:shape>
            </w:pict>
          </mc:Fallback>
        </mc:AlternateContent>
      </w:r>
    </w:p>
    <w:p w14:paraId="6D8557FB" w14:textId="54583AFC" w:rsidR="00282ABC" w:rsidRPr="00A665FC" w:rsidRDefault="00282ABC" w:rsidP="008E4D82">
      <w:pPr>
        <w:jc w:val="center"/>
        <w:rPr>
          <w:b/>
          <w:color w:val="FF0000"/>
          <w:sz w:val="48"/>
        </w:rPr>
      </w:pPr>
    </w:p>
    <w:p w14:paraId="05454F3C" w14:textId="4C607B93" w:rsidR="00524633" w:rsidRPr="00A665FC" w:rsidRDefault="00B9571B">
      <w:pPr>
        <w:rPr>
          <w:b/>
          <w:color w:val="0082BC"/>
          <w:sz w:val="48"/>
        </w:rPr>
      </w:pPr>
      <w:r w:rsidRPr="00A665FC">
        <w:rPr>
          <w:noProof/>
        </w:rPr>
        <w:drawing>
          <wp:anchor distT="0" distB="0" distL="114300" distR="114300" simplePos="0" relativeHeight="251658260" behindDoc="0" locked="0" layoutInCell="1" allowOverlap="1" wp14:anchorId="2E516968" wp14:editId="28DFD86D">
            <wp:simplePos x="0" y="0"/>
            <wp:positionH relativeFrom="column">
              <wp:posOffset>1687830</wp:posOffset>
            </wp:positionH>
            <wp:positionV relativeFrom="paragraph">
              <wp:posOffset>6761480</wp:posOffset>
            </wp:positionV>
            <wp:extent cx="2288652" cy="373945"/>
            <wp:effectExtent l="0" t="0" r="0" b="0"/>
            <wp:wrapNone/>
            <wp:docPr id="17" name="Image 17" descr="A black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17" name="Image 17" descr="A black text on a white background&#10;&#10;AI-generated content may be incorrect."/>
                    <pic:cNvPicPr/>
                  </pic:nvPicPr>
                  <pic:blipFill>
                    <a:blip r:embed="rId18" cstate="print"/>
                    <a:stretch>
                      <a:fillRect/>
                    </a:stretch>
                  </pic:blipFill>
                  <pic:spPr>
                    <a:xfrm>
                      <a:off x="0" y="0"/>
                      <a:ext cx="2288652" cy="373945"/>
                    </a:xfrm>
                    <a:prstGeom prst="rect">
                      <a:avLst/>
                    </a:prstGeom>
                  </pic:spPr>
                </pic:pic>
              </a:graphicData>
            </a:graphic>
          </wp:anchor>
        </w:drawing>
      </w:r>
      <w:r w:rsidR="00282ABC" w:rsidRPr="00A665FC">
        <w:rPr>
          <w:b/>
          <w:color w:val="0082BC"/>
          <w:sz w:val="48"/>
        </w:rPr>
        <w:br w:type="page"/>
      </w:r>
    </w:p>
    <w:p w14:paraId="3C33BAE7" w14:textId="62EEE6BB" w:rsidR="0043131B" w:rsidRPr="00A665FC" w:rsidRDefault="00522A66" w:rsidP="00522A66">
      <w:pPr>
        <w:tabs>
          <w:tab w:val="left" w:pos="6225"/>
        </w:tabs>
        <w:rPr>
          <w:b/>
          <w:color w:val="0082BC"/>
          <w:sz w:val="32"/>
        </w:rPr>
      </w:pPr>
      <w:r w:rsidRPr="00A665FC">
        <w:rPr>
          <w:noProof/>
        </w:rPr>
        <w:lastRenderedPageBreak/>
        <mc:AlternateContent>
          <mc:Choice Requires="wps">
            <w:drawing>
              <wp:anchor distT="0" distB="0" distL="114300" distR="114300" simplePos="0" relativeHeight="251658266" behindDoc="0" locked="0" layoutInCell="1" allowOverlap="1" wp14:anchorId="3328AF77" wp14:editId="02167EC9">
                <wp:simplePos x="0" y="0"/>
                <wp:positionH relativeFrom="margin">
                  <wp:align>left</wp:align>
                </wp:positionH>
                <wp:positionV relativeFrom="paragraph">
                  <wp:posOffset>405765</wp:posOffset>
                </wp:positionV>
                <wp:extent cx="6042025" cy="7258050"/>
                <wp:effectExtent l="0" t="0" r="0" b="0"/>
                <wp:wrapNone/>
                <wp:docPr id="30" name="Graphic 30"/>
                <wp:cNvGraphicFramePr/>
                <a:graphic xmlns:a="http://schemas.openxmlformats.org/drawingml/2006/main">
                  <a:graphicData uri="http://schemas.microsoft.com/office/word/2010/wordprocessingShape">
                    <wps:wsp>
                      <wps:cNvSpPr/>
                      <wps:spPr>
                        <a:xfrm>
                          <a:off x="0" y="0"/>
                          <a:ext cx="6042025" cy="7258050"/>
                        </a:xfrm>
                        <a:custGeom>
                          <a:avLst/>
                          <a:gdLst/>
                          <a:ahLst/>
                          <a:cxnLst/>
                          <a:rect l="l" t="t" r="r" b="b"/>
                          <a:pathLst>
                            <a:path w="5058410" h="6750050">
                              <a:moveTo>
                                <a:pt x="4626000" y="0"/>
                              </a:moveTo>
                              <a:lnTo>
                                <a:pt x="0" y="0"/>
                              </a:lnTo>
                              <a:lnTo>
                                <a:pt x="0" y="6317996"/>
                              </a:lnTo>
                              <a:lnTo>
                                <a:pt x="2534" y="6365068"/>
                              </a:lnTo>
                              <a:lnTo>
                                <a:pt x="9963" y="6410672"/>
                              </a:lnTo>
                              <a:lnTo>
                                <a:pt x="22023" y="6454544"/>
                              </a:lnTo>
                              <a:lnTo>
                                <a:pt x="38449" y="6496421"/>
                              </a:lnTo>
                              <a:lnTo>
                                <a:pt x="58979" y="6536039"/>
                              </a:lnTo>
                              <a:lnTo>
                                <a:pt x="83349" y="6573134"/>
                              </a:lnTo>
                              <a:lnTo>
                                <a:pt x="111296" y="6607443"/>
                              </a:lnTo>
                              <a:lnTo>
                                <a:pt x="142555" y="6638702"/>
                              </a:lnTo>
                              <a:lnTo>
                                <a:pt x="176865" y="6666649"/>
                              </a:lnTo>
                              <a:lnTo>
                                <a:pt x="213960" y="6691019"/>
                              </a:lnTo>
                              <a:lnTo>
                                <a:pt x="253577" y="6711549"/>
                              </a:lnTo>
                              <a:lnTo>
                                <a:pt x="295454" y="6727975"/>
                              </a:lnTo>
                              <a:lnTo>
                                <a:pt x="339326" y="6740035"/>
                              </a:lnTo>
                              <a:lnTo>
                                <a:pt x="384930" y="6747464"/>
                              </a:lnTo>
                              <a:lnTo>
                                <a:pt x="432003" y="6749999"/>
                              </a:lnTo>
                              <a:lnTo>
                                <a:pt x="5058003" y="6749999"/>
                              </a:lnTo>
                              <a:lnTo>
                                <a:pt x="5058003" y="432003"/>
                              </a:lnTo>
                              <a:lnTo>
                                <a:pt x="5055468" y="384930"/>
                              </a:lnTo>
                              <a:lnTo>
                                <a:pt x="5048039" y="339326"/>
                              </a:lnTo>
                              <a:lnTo>
                                <a:pt x="5035979" y="295454"/>
                              </a:lnTo>
                              <a:lnTo>
                                <a:pt x="5019551" y="253577"/>
                              </a:lnTo>
                              <a:lnTo>
                                <a:pt x="4999021" y="213960"/>
                              </a:lnTo>
                              <a:lnTo>
                                <a:pt x="4974650" y="176865"/>
                              </a:lnTo>
                              <a:lnTo>
                                <a:pt x="4946702" y="142555"/>
                              </a:lnTo>
                              <a:lnTo>
                                <a:pt x="4915442" y="111296"/>
                              </a:lnTo>
                              <a:lnTo>
                                <a:pt x="4881133" y="83349"/>
                              </a:lnTo>
                              <a:lnTo>
                                <a:pt x="4844037" y="58979"/>
                              </a:lnTo>
                              <a:lnTo>
                                <a:pt x="4804420" y="38449"/>
                              </a:lnTo>
                              <a:lnTo>
                                <a:pt x="4762544" y="22023"/>
                              </a:lnTo>
                              <a:lnTo>
                                <a:pt x="4718673" y="9963"/>
                              </a:lnTo>
                              <a:lnTo>
                                <a:pt x="4673070" y="2534"/>
                              </a:lnTo>
                              <a:lnTo>
                                <a:pt x="4626000" y="0"/>
                              </a:lnTo>
                              <a:close/>
                            </a:path>
                          </a:pathLst>
                        </a:custGeom>
                        <a:solidFill>
                          <a:srgbClr val="EBF1F9"/>
                        </a:solidFill>
                      </wps:spPr>
                      <wps:txbx>
                        <w:txbxContent>
                          <w:p w14:paraId="27A58E2E" w14:textId="5EC7050B" w:rsidR="006C3A5F" w:rsidRPr="00A665FC" w:rsidRDefault="006C3A5F" w:rsidP="00F74424">
                            <w:pPr>
                              <w:rPr>
                                <w:sz w:val="28"/>
                                <w:szCs w:val="28"/>
                              </w:rPr>
                            </w:pPr>
                          </w:p>
                          <w:p w14:paraId="64DE343E" w14:textId="77777777" w:rsidR="00A236B7" w:rsidRPr="00A665FC" w:rsidRDefault="00A236B7" w:rsidP="00A236B7">
                            <w:pPr>
                              <w:rPr>
                                <w:b/>
                                <w:color w:val="0082BC"/>
                                <w:sz w:val="28"/>
                                <w:szCs w:val="28"/>
                              </w:rPr>
                            </w:pPr>
                            <w:r w:rsidRPr="00A665FC">
                              <w:rPr>
                                <w:b/>
                                <w:color w:val="0082BC"/>
                                <w:sz w:val="28"/>
                                <w:szCs w:val="28"/>
                              </w:rPr>
                              <w:br w:type="page"/>
                            </w:r>
                          </w:p>
                          <w:p w14:paraId="78906C65" w14:textId="77777777" w:rsidR="00A236B7" w:rsidRPr="00A665FC" w:rsidRDefault="00A236B7" w:rsidP="00A236B7">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8AF77" id="Graphic 30" o:spid="_x0000_s1027" style="position:absolute;margin-left:0;margin-top:31.95pt;width:475.75pt;height:571.5pt;z-index:25165826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5058410,6750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" adj="-11796480,,5400" path="m4626000,l,,,6317996r2534,47072l9963,6410672r12060,43872l38449,6496421r20530,39618l83349,6573134r27947,34309l142555,6638702r34310,27947l213960,6691019r39617,20530l295454,6727975r43872,12060l384930,6747464r47073,2535l5058003,6749999r,-6317996l5055468,384930r-7429,-45604l5035979,295454r-16428,-41877l4999021,213960r-24371,-37095l4946702,142555r-31260,-31259l4881133,83349,4844037,58979,4804420,38449,4762544,22023,4718673,9963,4673070,2534,4626000,xe" fillcolor="#ebf1f9" stroked="f">
                <v:stroke joinstyle="miter"/>
                <v:formulas/>
                <v:path arrowok="t" o:connecttype="custom" textboxrect="0,0,5058410,6750050"/>
                <v:textbox inset="0,0,0,0">
                  <w:txbxContent>
                    <w:p w14:paraId="27A58E2E" w14:textId="5EC7050B" w:rsidR="006C3A5F" w:rsidRPr="00A665FC" w:rsidRDefault="006C3A5F" w:rsidP="00F74424">
                      <w:pPr>
                        <w:rPr>
                          <w:sz w:val="28"/>
                          <w:szCs w:val="28"/>
                        </w:rPr>
                      </w:pPr>
                    </w:p>
                    <w:p w14:paraId="64DE343E" w14:textId="77777777" w:rsidR="00A236B7" w:rsidRPr="00A665FC" w:rsidRDefault="00A236B7" w:rsidP="00A236B7">
                      <w:pPr>
                        <w:rPr>
                          <w:b/>
                          <w:color w:val="0082BC"/>
                          <w:sz w:val="28"/>
                          <w:szCs w:val="28"/>
                        </w:rPr>
                      </w:pPr>
                      <w:r w:rsidRPr="00A665FC">
                        <w:rPr>
                          <w:b/>
                          <w:color w:val="0082BC"/>
                          <w:sz w:val="28"/>
                          <w:szCs w:val="28"/>
                        </w:rPr>
                        <w:br w:type="page"/>
                      </w:r>
                    </w:p>
                    <w:p w14:paraId="78906C65" w14:textId="77777777" w:rsidR="00A236B7" w:rsidRPr="00A665FC" w:rsidRDefault="00A236B7" w:rsidP="00A236B7">
                      <w:pPr>
                        <w:jc w:val="center"/>
                      </w:pPr>
                    </w:p>
                  </w:txbxContent>
                </v:textbox>
                <w10:wrap anchorx="margin"/>
              </v:shape>
            </w:pict>
          </mc:Fallback>
        </mc:AlternateContent>
      </w:r>
      <w:r w:rsidRPr="00A665FC">
        <w:rPr>
          <w:noProof/>
        </w:rPr>
        <w:drawing>
          <wp:anchor distT="0" distB="0" distL="114300" distR="114300" simplePos="0" relativeHeight="251658241" behindDoc="1" locked="0" layoutInCell="1" allowOverlap="1" wp14:anchorId="5F4D518A" wp14:editId="04F923A7">
            <wp:simplePos x="0" y="0"/>
            <wp:positionH relativeFrom="page">
              <wp:posOffset>-304800</wp:posOffset>
            </wp:positionH>
            <wp:positionV relativeFrom="paragraph">
              <wp:posOffset>-2066290</wp:posOffset>
            </wp:positionV>
            <wp:extent cx="8210550" cy="10772775"/>
            <wp:effectExtent l="0" t="0" r="0" b="9525"/>
            <wp:wrapNone/>
            <wp:docPr id="2094859861" name="Image 29" descr="A blue and white object&#10;&#10;AI-generated content may be incorrect."/>
            <wp:cNvGraphicFramePr/>
            <a:graphic xmlns:a="http://schemas.openxmlformats.org/drawingml/2006/main">
              <a:graphicData uri="http://schemas.openxmlformats.org/drawingml/2006/picture">
                <pic:pic xmlns:pic="http://schemas.openxmlformats.org/drawingml/2006/picture">
                  <pic:nvPicPr>
                    <pic:cNvPr id="2094859861" name="Image 29" descr="A blue and white object&#10;&#10;AI-generated content may be incorrect."/>
                    <pic:cNvPicPr/>
                  </pic:nvPicPr>
                  <pic:blipFill>
                    <a:blip r:embed="rId11" cstate="print"/>
                    <a:stretch>
                      <a:fillRect/>
                    </a:stretch>
                  </pic:blipFill>
                  <pic:spPr>
                    <a:xfrm>
                      <a:off x="0" y="0"/>
                      <a:ext cx="8210550" cy="10772775"/>
                    </a:xfrm>
                    <a:prstGeom prst="rect">
                      <a:avLst/>
                    </a:prstGeom>
                  </pic:spPr>
                </pic:pic>
              </a:graphicData>
            </a:graphic>
            <wp14:sizeRelH relativeFrom="margin">
              <wp14:pctWidth>0</wp14:pctWidth>
            </wp14:sizeRelH>
            <wp14:sizeRelV relativeFrom="margin">
              <wp14:pctHeight>0</wp14:pctHeight>
            </wp14:sizeRelV>
          </wp:anchor>
        </w:drawing>
      </w:r>
      <w:r w:rsidR="00671606" w:rsidRPr="00A665FC">
        <w:rPr>
          <w:noProof/>
          <w:sz w:val="48"/>
          <w:szCs w:val="48"/>
        </w:rPr>
        <mc:AlternateContent>
          <mc:Choice Requires="wps">
            <w:drawing>
              <wp:anchor distT="45720" distB="45720" distL="114300" distR="114300" simplePos="0" relativeHeight="251658240" behindDoc="0" locked="0" layoutInCell="1" allowOverlap="1" wp14:anchorId="539B6776" wp14:editId="1F70F57A">
                <wp:simplePos x="0" y="0"/>
                <wp:positionH relativeFrom="column">
                  <wp:posOffset>-479425</wp:posOffset>
                </wp:positionH>
                <wp:positionV relativeFrom="paragraph">
                  <wp:posOffset>-685165</wp:posOffset>
                </wp:positionV>
                <wp:extent cx="3114675" cy="8382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838200"/>
                        </a:xfrm>
                        <a:prstGeom prst="rect">
                          <a:avLst/>
                        </a:prstGeom>
                        <a:noFill/>
                        <a:ln w="9525">
                          <a:noFill/>
                          <a:miter lim="800000"/>
                          <a:headEnd/>
                          <a:tailEnd/>
                        </a:ln>
                      </wps:spPr>
                      <wps:txbx>
                        <w:txbxContent>
                          <w:p w14:paraId="1AC8B62D" w14:textId="55F70368" w:rsidR="0043131B" w:rsidRPr="00A665FC" w:rsidRDefault="0043131B">
                            <w:pPr>
                              <w:rPr>
                                <w:color w:val="FFFFFF" w:themeColor="background1"/>
                              </w:rPr>
                            </w:pPr>
                            <w:r w:rsidRPr="00A665FC">
                              <w:rPr>
                                <w:rFonts w:ascii="Trebuchet MS"/>
                                <w:b/>
                                <w:color w:val="FFFFFF" w:themeColor="background1"/>
                                <w:spacing w:val="17"/>
                                <w:sz w:val="104"/>
                              </w:rPr>
                              <w:t>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B6776" id="Text Box 2" o:spid="_x0000_s1028" type="#_x0000_t202" style="position:absolute;margin-left:-37.75pt;margin-top:-53.95pt;width:245.25pt;height:6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" filled="f" stroked="f">
                <v:textbox>
                  <w:txbxContent>
                    <w:p w14:paraId="1AC8B62D" w14:textId="55F70368" w:rsidR="0043131B" w:rsidRPr="00A665FC" w:rsidRDefault="0043131B">
                      <w:pPr>
                        <w:rPr>
                          <w:color w:val="FFFFFF" w:themeColor="background1"/>
                        </w:rPr>
                      </w:pPr>
                      <w:r w:rsidRPr="00A665FC">
                        <w:rPr>
                          <w:rFonts w:ascii="Trebuchet MS"/>
                          <w:b/>
                          <w:color w:val="FFFFFF" w:themeColor="background1"/>
                          <w:spacing w:val="17"/>
                          <w:sz w:val="104"/>
                        </w:rPr>
                        <w:t>Welcome</w:t>
                      </w:r>
                    </w:p>
                  </w:txbxContent>
                </v:textbox>
              </v:shape>
            </w:pict>
          </mc:Fallback>
        </mc:AlternateContent>
      </w:r>
      <w:r w:rsidR="0043131B" w:rsidRPr="00A665FC">
        <w:rPr>
          <w:noProof/>
        </w:rPr>
        <mc:AlternateContent>
          <mc:Choice Requires="wps">
            <w:drawing>
              <wp:anchor distT="0" distB="0" distL="114300" distR="114300" simplePos="0" relativeHeight="251658242" behindDoc="0" locked="0" layoutInCell="1" allowOverlap="1" wp14:anchorId="6CF48B76" wp14:editId="58D90A1D">
                <wp:simplePos x="0" y="0"/>
                <wp:positionH relativeFrom="column">
                  <wp:posOffset>-85725</wp:posOffset>
                </wp:positionH>
                <wp:positionV relativeFrom="paragraph">
                  <wp:posOffset>-1332865</wp:posOffset>
                </wp:positionV>
                <wp:extent cx="825500" cy="261620"/>
                <wp:effectExtent l="0" t="0" r="0" b="0"/>
                <wp:wrapNone/>
                <wp:docPr id="1261804187" name="Graphic 6"/>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C58C18"/>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969274B" id="Graphic 6" o:spid="_x0000_s1026" style="position:absolute;margin-left:-6.75pt;margin-top:-104.95pt;width:65pt;height:20.6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" path="m826109,l,,,261404r826109,l826109,xe" fillcolor="#c58c18" stroked="f">
                <v:path arrowok="t"/>
              </v:shape>
            </w:pict>
          </mc:Fallback>
        </mc:AlternateContent>
      </w:r>
      <w:r w:rsidR="0043131B" w:rsidRPr="00A665FC">
        <w:rPr>
          <w:noProof/>
        </w:rPr>
        <mc:AlternateContent>
          <mc:Choice Requires="wps">
            <w:drawing>
              <wp:anchor distT="0" distB="0" distL="114300" distR="114300" simplePos="0" relativeHeight="251658243" behindDoc="0" locked="0" layoutInCell="1" allowOverlap="1" wp14:anchorId="4E032364" wp14:editId="46875228">
                <wp:simplePos x="0" y="0"/>
                <wp:positionH relativeFrom="column">
                  <wp:posOffset>742950</wp:posOffset>
                </wp:positionH>
                <wp:positionV relativeFrom="paragraph">
                  <wp:posOffset>-1332865</wp:posOffset>
                </wp:positionV>
                <wp:extent cx="825500" cy="261620"/>
                <wp:effectExtent l="0" t="0" r="0" b="0"/>
                <wp:wrapNone/>
                <wp:docPr id="1095669482" name="Graphic 7"/>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E8491B"/>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3834806" id="Graphic 7" o:spid="_x0000_s1026" style="position:absolute;margin-left:58.5pt;margin-top:-104.95pt;width:65pt;height:20.6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" path="m826109,l,,,261404r826109,l826109,xe" fillcolor="#e8491b" stroked="f">
                <v:path arrowok="t"/>
              </v:shape>
            </w:pict>
          </mc:Fallback>
        </mc:AlternateContent>
      </w:r>
      <w:r w:rsidR="0043131B" w:rsidRPr="00A665FC">
        <w:rPr>
          <w:noProof/>
        </w:rPr>
        <mc:AlternateContent>
          <mc:Choice Requires="wps">
            <w:drawing>
              <wp:anchor distT="0" distB="0" distL="114300" distR="114300" simplePos="0" relativeHeight="251658244" behindDoc="0" locked="0" layoutInCell="1" allowOverlap="1" wp14:anchorId="47CDD36D" wp14:editId="107DD5FF">
                <wp:simplePos x="0" y="0"/>
                <wp:positionH relativeFrom="column">
                  <wp:posOffset>1562100</wp:posOffset>
                </wp:positionH>
                <wp:positionV relativeFrom="paragraph">
                  <wp:posOffset>-1332865</wp:posOffset>
                </wp:positionV>
                <wp:extent cx="825500" cy="261620"/>
                <wp:effectExtent l="0" t="0" r="0" b="0"/>
                <wp:wrapNone/>
                <wp:docPr id="1544446189" name="Graphic 8"/>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90BF21"/>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9C7776B" id="Graphic 8" o:spid="_x0000_s1026" style="position:absolute;margin-left:123pt;margin-top:-104.95pt;width:65pt;height:20.6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" path="m826109,l,,,261404r826109,l826109,xe" fillcolor="#90bf21" stroked="f">
                <v:path arrowok="t"/>
              </v:shape>
            </w:pict>
          </mc:Fallback>
        </mc:AlternateContent>
      </w:r>
      <w:r w:rsidR="0043131B" w:rsidRPr="00A665FC">
        <w:rPr>
          <w:noProof/>
        </w:rPr>
        <mc:AlternateContent>
          <mc:Choice Requires="wps">
            <w:drawing>
              <wp:anchor distT="0" distB="0" distL="114300" distR="114300" simplePos="0" relativeHeight="251658245" behindDoc="0" locked="0" layoutInCell="1" allowOverlap="1" wp14:anchorId="0C529585" wp14:editId="690C1B3D">
                <wp:simplePos x="0" y="0"/>
                <wp:positionH relativeFrom="column">
                  <wp:posOffset>2390775</wp:posOffset>
                </wp:positionH>
                <wp:positionV relativeFrom="paragraph">
                  <wp:posOffset>-1332865</wp:posOffset>
                </wp:positionV>
                <wp:extent cx="825500" cy="261620"/>
                <wp:effectExtent l="0" t="0" r="0" b="0"/>
                <wp:wrapNone/>
                <wp:docPr id="1593760117" name="Graphic 9"/>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A2579E"/>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BB1DDA7" id="Graphic 9" o:spid="_x0000_s1026" style="position:absolute;margin-left:188.25pt;margin-top:-104.95pt;width:65pt;height:20.6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" path="m826109,l,,,261404r826109,l826109,xe" fillcolor="#a2579e" stroked="f">
                <v:path arrowok="t"/>
              </v:shape>
            </w:pict>
          </mc:Fallback>
        </mc:AlternateContent>
      </w:r>
      <w:r w:rsidR="0043131B" w:rsidRPr="00A665FC">
        <w:rPr>
          <w:noProof/>
        </w:rPr>
        <mc:AlternateContent>
          <mc:Choice Requires="wps">
            <w:drawing>
              <wp:anchor distT="0" distB="0" distL="114300" distR="114300" simplePos="0" relativeHeight="251658246" behindDoc="0" locked="0" layoutInCell="1" allowOverlap="1" wp14:anchorId="1B9BD040" wp14:editId="01E92A65">
                <wp:simplePos x="0" y="0"/>
                <wp:positionH relativeFrom="column">
                  <wp:posOffset>3219450</wp:posOffset>
                </wp:positionH>
                <wp:positionV relativeFrom="paragraph">
                  <wp:posOffset>-1332865</wp:posOffset>
                </wp:positionV>
                <wp:extent cx="825500" cy="261620"/>
                <wp:effectExtent l="0" t="0" r="0" b="0"/>
                <wp:wrapNone/>
                <wp:docPr id="1649401306" name="Graphic 10"/>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008A8E"/>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4173DED" id="Graphic 10" o:spid="_x0000_s1026" style="position:absolute;margin-left:253.5pt;margin-top:-104.95pt;width:65pt;height:20.6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" path="m826109,l,,,261404r826109,l826109,xe" fillcolor="#008a8e" stroked="f">
                <v:path arrowok="t"/>
              </v:shape>
            </w:pict>
          </mc:Fallback>
        </mc:AlternateContent>
      </w:r>
      <w:r w:rsidR="0043131B" w:rsidRPr="00A665FC">
        <w:rPr>
          <w:noProof/>
        </w:rPr>
        <mc:AlternateContent>
          <mc:Choice Requires="wps">
            <w:drawing>
              <wp:anchor distT="0" distB="0" distL="114300" distR="114300" simplePos="0" relativeHeight="251658247" behindDoc="0" locked="0" layoutInCell="1" allowOverlap="1" wp14:anchorId="2AAA7AA3" wp14:editId="3FE2FBF8">
                <wp:simplePos x="0" y="0"/>
                <wp:positionH relativeFrom="column">
                  <wp:posOffset>4038600</wp:posOffset>
                </wp:positionH>
                <wp:positionV relativeFrom="paragraph">
                  <wp:posOffset>-1332865</wp:posOffset>
                </wp:positionV>
                <wp:extent cx="825500" cy="261620"/>
                <wp:effectExtent l="0" t="0" r="0" b="0"/>
                <wp:wrapNone/>
                <wp:docPr id="824425987" name="Graphic 11"/>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303E91"/>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B2F8431" id="Graphic 11" o:spid="_x0000_s1026" style="position:absolute;margin-left:318pt;margin-top:-104.95pt;width:65pt;height:20.6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" path="m826109,l,,,261404r826109,l826109,xe" fillcolor="#303e91" stroked="f">
                <v:path arrowok="t"/>
              </v:shape>
            </w:pict>
          </mc:Fallback>
        </mc:AlternateContent>
      </w:r>
      <w:r w:rsidR="0043131B" w:rsidRPr="00A665FC">
        <w:rPr>
          <w:noProof/>
        </w:rPr>
        <mc:AlternateContent>
          <mc:Choice Requires="wps">
            <w:drawing>
              <wp:anchor distT="0" distB="0" distL="114300" distR="114300" simplePos="0" relativeHeight="251658248" behindDoc="0" locked="0" layoutInCell="1" allowOverlap="1" wp14:anchorId="5DCB30E6" wp14:editId="7B6A80FA">
                <wp:simplePos x="0" y="0"/>
                <wp:positionH relativeFrom="column">
                  <wp:posOffset>4867275</wp:posOffset>
                </wp:positionH>
                <wp:positionV relativeFrom="paragraph">
                  <wp:posOffset>-1332865</wp:posOffset>
                </wp:positionV>
                <wp:extent cx="825500" cy="261620"/>
                <wp:effectExtent l="0" t="0" r="0" b="0"/>
                <wp:wrapNone/>
                <wp:docPr id="1676727624" name="Graphic 12"/>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B50063"/>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2A68F2E" id="Graphic 12" o:spid="_x0000_s1026" style="position:absolute;margin-left:383.25pt;margin-top:-104.95pt;width:65pt;height:20.6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" path="m826109,l,,,261404r826109,l826109,xe" fillcolor="#b50063" stroked="f">
                <v:path arrowok="t"/>
              </v:shape>
            </w:pict>
          </mc:Fallback>
        </mc:AlternateContent>
      </w:r>
      <w:r w:rsidR="0043131B" w:rsidRPr="00A665FC">
        <w:rPr>
          <w:noProof/>
        </w:rPr>
        <mc:AlternateContent>
          <mc:Choice Requires="wps">
            <w:drawing>
              <wp:anchor distT="0" distB="0" distL="114300" distR="114300" simplePos="0" relativeHeight="251658264" behindDoc="0" locked="0" layoutInCell="1" allowOverlap="1" wp14:anchorId="7CF11BD2" wp14:editId="2F3ABCD2">
                <wp:simplePos x="0" y="0"/>
                <wp:positionH relativeFrom="column">
                  <wp:posOffset>5695950</wp:posOffset>
                </wp:positionH>
                <wp:positionV relativeFrom="paragraph">
                  <wp:posOffset>-1332865</wp:posOffset>
                </wp:positionV>
                <wp:extent cx="825500" cy="261620"/>
                <wp:effectExtent l="0" t="0" r="0" b="0"/>
                <wp:wrapNone/>
                <wp:docPr id="1508796545" name="Graphic 13"/>
                <wp:cNvGraphicFramePr/>
                <a:graphic xmlns:a="http://schemas.openxmlformats.org/drawingml/2006/main">
                  <a:graphicData uri="http://schemas.microsoft.com/office/word/2010/wordprocessingShape">
                    <wps:wsp>
                      <wps:cNvSpPr/>
                      <wps:spPr>
                        <a:xfrm>
                          <a:off x="0" y="0"/>
                          <a:ext cx="825500" cy="261620"/>
                        </a:xfrm>
                        <a:custGeom>
                          <a:avLst/>
                          <a:gdLst/>
                          <a:ahLst/>
                          <a:cxnLst/>
                          <a:rect l="l" t="t" r="r" b="b"/>
                          <a:pathLst>
                            <a:path w="826135" h="261620">
                              <a:moveTo>
                                <a:pt x="826109" y="0"/>
                              </a:moveTo>
                              <a:lnTo>
                                <a:pt x="0" y="0"/>
                              </a:lnTo>
                              <a:lnTo>
                                <a:pt x="0" y="261404"/>
                              </a:lnTo>
                              <a:lnTo>
                                <a:pt x="826109" y="261404"/>
                              </a:lnTo>
                              <a:lnTo>
                                <a:pt x="826109" y="0"/>
                              </a:lnTo>
                              <a:close/>
                            </a:path>
                          </a:pathLst>
                        </a:custGeom>
                        <a:solidFill>
                          <a:srgbClr val="00803D"/>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4A71464" id="Graphic 13" o:spid="_x0000_s1026" style="position:absolute;margin-left:448.5pt;margin-top:-104.95pt;width:65pt;height:20.6pt;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826135,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" path="m826109,l,,,261404r826109,l826109,xe" fillcolor="#00803d" stroked="f">
                <v:path arrowok="t"/>
              </v:shape>
            </w:pict>
          </mc:Fallback>
        </mc:AlternateContent>
      </w:r>
      <w:r w:rsidR="0043131B" w:rsidRPr="00A665FC">
        <w:rPr>
          <w:noProof/>
        </w:rPr>
        <mc:AlternateContent>
          <mc:Choice Requires="wps">
            <w:drawing>
              <wp:anchor distT="0" distB="0" distL="114300" distR="114300" simplePos="0" relativeHeight="251658265" behindDoc="0" locked="0" layoutInCell="1" allowOverlap="1" wp14:anchorId="508B9E98" wp14:editId="4B2B76FC">
                <wp:simplePos x="0" y="0"/>
                <wp:positionH relativeFrom="column">
                  <wp:posOffset>-1038225</wp:posOffset>
                </wp:positionH>
                <wp:positionV relativeFrom="paragraph">
                  <wp:posOffset>-1332865</wp:posOffset>
                </wp:positionV>
                <wp:extent cx="951150" cy="261620"/>
                <wp:effectExtent l="0" t="0" r="0" b="0"/>
                <wp:wrapNone/>
                <wp:docPr id="1826234450" name="Graphic 14"/>
                <wp:cNvGraphicFramePr/>
                <a:graphic xmlns:a="http://schemas.openxmlformats.org/drawingml/2006/main">
                  <a:graphicData uri="http://schemas.microsoft.com/office/word/2010/wordprocessingShape">
                    <wps:wsp>
                      <wps:cNvSpPr/>
                      <wps:spPr>
                        <a:xfrm>
                          <a:off x="0" y="0"/>
                          <a:ext cx="951150" cy="261620"/>
                        </a:xfrm>
                        <a:custGeom>
                          <a:avLst/>
                          <a:gdLst/>
                          <a:ahLst/>
                          <a:cxnLst/>
                          <a:rect l="l" t="t" r="r" b="b"/>
                          <a:pathLst>
                            <a:path w="951230" h="261620">
                              <a:moveTo>
                                <a:pt x="0" y="261404"/>
                              </a:moveTo>
                              <a:lnTo>
                                <a:pt x="951128" y="261404"/>
                              </a:lnTo>
                              <a:lnTo>
                                <a:pt x="951128" y="0"/>
                              </a:lnTo>
                              <a:lnTo>
                                <a:pt x="0" y="0"/>
                              </a:lnTo>
                              <a:lnTo>
                                <a:pt x="0" y="261404"/>
                              </a:lnTo>
                              <a:close/>
                            </a:path>
                          </a:pathLst>
                        </a:custGeom>
                        <a:solidFill>
                          <a:srgbClr val="007CBB"/>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75D16FD" id="Graphic 14" o:spid="_x0000_s1026" style="position:absolute;margin-left:-81.75pt;margin-top:-104.95pt;width:74.9pt;height:20.6pt;z-index:2516582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951230,2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" path="m,261404r951128,l951128,,,,,261404xe" fillcolor="#007cbb" stroked="f">
                <v:path arrowok="t"/>
              </v:shape>
            </w:pict>
          </mc:Fallback>
        </mc:AlternateContent>
      </w:r>
      <w:r>
        <w:rPr>
          <w:b/>
          <w:color w:val="0082BC"/>
          <w:sz w:val="32"/>
        </w:rPr>
        <w:tab/>
      </w:r>
    </w:p>
    <w:p w14:paraId="2648CFAC" w14:textId="57E763DC" w:rsidR="000B3B22" w:rsidRPr="00A665FC" w:rsidRDefault="00522A66">
      <w:pPr>
        <w:rPr>
          <w:sz w:val="48"/>
          <w:szCs w:val="48"/>
        </w:rPr>
      </w:pPr>
      <w:r w:rsidRPr="00A665FC">
        <w:rPr>
          <w:noProof/>
        </w:rPr>
        <mc:AlternateContent>
          <mc:Choice Requires="wps">
            <w:drawing>
              <wp:anchor distT="0" distB="0" distL="114300" distR="114300" simplePos="0" relativeHeight="251658267" behindDoc="0" locked="0" layoutInCell="1" allowOverlap="1" wp14:anchorId="7C59204A" wp14:editId="19468277">
                <wp:simplePos x="0" y="0"/>
                <wp:positionH relativeFrom="margin">
                  <wp:align>left</wp:align>
                </wp:positionH>
                <wp:positionV relativeFrom="paragraph">
                  <wp:posOffset>67310</wp:posOffset>
                </wp:positionV>
                <wp:extent cx="5781675" cy="7200900"/>
                <wp:effectExtent l="0" t="0" r="0" b="0"/>
                <wp:wrapNone/>
                <wp:docPr id="1322997571" name="Text Box 1"/>
                <wp:cNvGraphicFramePr/>
                <a:graphic xmlns:a="http://schemas.openxmlformats.org/drawingml/2006/main">
                  <a:graphicData uri="http://schemas.microsoft.com/office/word/2010/wordprocessingShape">
                    <wps:wsp>
                      <wps:cNvSpPr txBox="1"/>
                      <wps:spPr>
                        <a:xfrm>
                          <a:off x="0" y="0"/>
                          <a:ext cx="5781675" cy="7200900"/>
                        </a:xfrm>
                        <a:prstGeom prst="rect">
                          <a:avLst/>
                        </a:prstGeom>
                        <a:noFill/>
                        <a:ln w="6350">
                          <a:noFill/>
                        </a:ln>
                      </wps:spPr>
                      <wps:txbx>
                        <w:txbxContent>
                          <w:p w14:paraId="0B901E42" w14:textId="77777777" w:rsidR="00235612" w:rsidRPr="00235612" w:rsidRDefault="00235612" w:rsidP="00235612">
                            <w:pPr>
                              <w:spacing w:after="0" w:line="240" w:lineRule="auto"/>
                              <w:rPr>
                                <w:sz w:val="24"/>
                                <w:szCs w:val="24"/>
                              </w:rPr>
                            </w:pPr>
                            <w:r w:rsidRPr="00235612">
                              <w:rPr>
                                <w:sz w:val="24"/>
                                <w:szCs w:val="24"/>
                              </w:rPr>
                              <w:t>Hi,</w:t>
                            </w:r>
                          </w:p>
                          <w:p w14:paraId="0CF18DFF" w14:textId="2FD23C4E" w:rsidR="00235612" w:rsidRPr="00235612" w:rsidRDefault="00235612" w:rsidP="00235612">
                            <w:pPr>
                              <w:spacing w:after="0" w:line="240" w:lineRule="auto"/>
                              <w:rPr>
                                <w:sz w:val="24"/>
                                <w:szCs w:val="24"/>
                              </w:rPr>
                            </w:pPr>
                          </w:p>
                          <w:p w14:paraId="3B9A11E4" w14:textId="6D4222E1" w:rsidR="00235612" w:rsidRPr="00235612" w:rsidRDefault="00235612" w:rsidP="00235612">
                            <w:pPr>
                              <w:spacing w:after="0" w:line="240" w:lineRule="auto"/>
                              <w:rPr>
                                <w:sz w:val="24"/>
                                <w:szCs w:val="24"/>
                              </w:rPr>
                            </w:pPr>
                            <w:r w:rsidRPr="00235612">
                              <w:rPr>
                                <w:sz w:val="24"/>
                                <w:szCs w:val="24"/>
                              </w:rPr>
                              <w:t>Thank you for your interest in the Flood and Coastal Erosion Risk Management Officer role at Sefton Council.</w:t>
                            </w:r>
                          </w:p>
                          <w:p w14:paraId="2E742903" w14:textId="76EBABFA" w:rsidR="00235612" w:rsidRPr="00235612" w:rsidRDefault="00235612" w:rsidP="00235612">
                            <w:pPr>
                              <w:spacing w:after="0" w:line="240" w:lineRule="auto"/>
                              <w:rPr>
                                <w:sz w:val="24"/>
                                <w:szCs w:val="24"/>
                              </w:rPr>
                            </w:pPr>
                            <w:r w:rsidRPr="00235612">
                              <w:rPr>
                                <w:sz w:val="24"/>
                                <w:szCs w:val="24"/>
                              </w:rPr>
                              <w:t> </w:t>
                            </w:r>
                          </w:p>
                          <w:p w14:paraId="37C10BEC" w14:textId="42BDEF86" w:rsidR="00235612" w:rsidRPr="00235612" w:rsidRDefault="00235612" w:rsidP="00235612">
                            <w:pPr>
                              <w:spacing w:after="0" w:line="240" w:lineRule="auto"/>
                              <w:rPr>
                                <w:sz w:val="24"/>
                                <w:szCs w:val="24"/>
                              </w:rPr>
                            </w:pPr>
                            <w:r w:rsidRPr="00235612">
                              <w:rPr>
                                <w:sz w:val="24"/>
                                <w:szCs w:val="24"/>
                              </w:rPr>
                              <w:t>This is an excellent opportunity to develop your career within a specialist and highly valued service that plays an important role in managing flood and coastal erosion risk across one of the country’s most environmentally significant and dynamic coastal boroughs. Sefton’s coastline, communities, infrastructure and natural environment provide a varied and rewarding setting in which to build your experience and make a practical difference.</w:t>
                            </w:r>
                          </w:p>
                          <w:p w14:paraId="23D7DEB5" w14:textId="0FBA78F8" w:rsidR="00235612" w:rsidRPr="00235612" w:rsidRDefault="00235612" w:rsidP="00235612">
                            <w:pPr>
                              <w:spacing w:after="0" w:line="240" w:lineRule="auto"/>
                              <w:rPr>
                                <w:sz w:val="24"/>
                                <w:szCs w:val="24"/>
                              </w:rPr>
                            </w:pPr>
                            <w:r w:rsidRPr="00235612">
                              <w:rPr>
                                <w:sz w:val="24"/>
                                <w:szCs w:val="24"/>
                              </w:rPr>
                              <w:t> </w:t>
                            </w:r>
                          </w:p>
                          <w:p w14:paraId="0922A883" w14:textId="37BCCC92" w:rsidR="00235612" w:rsidRPr="00235612" w:rsidRDefault="00235612" w:rsidP="00235612">
                            <w:pPr>
                              <w:spacing w:after="0" w:line="240" w:lineRule="auto"/>
                              <w:rPr>
                                <w:sz w:val="24"/>
                                <w:szCs w:val="24"/>
                              </w:rPr>
                            </w:pPr>
                            <w:r w:rsidRPr="00235612">
                              <w:rPr>
                                <w:sz w:val="24"/>
                                <w:szCs w:val="24"/>
                              </w:rPr>
                              <w:t xml:space="preserve">Working with the Principal </w:t>
                            </w:r>
                            <w:r w:rsidR="00307F22">
                              <w:rPr>
                                <w:sz w:val="24"/>
                                <w:szCs w:val="24"/>
                              </w:rPr>
                              <w:t>FCERM</w:t>
                            </w:r>
                            <w:r w:rsidRPr="00235612">
                              <w:rPr>
                                <w:sz w:val="24"/>
                                <w:szCs w:val="24"/>
                              </w:rPr>
                              <w:t xml:space="preserve"> Officer and colleagues across the </w:t>
                            </w:r>
                            <w:r w:rsidR="00081F38">
                              <w:rPr>
                                <w:sz w:val="24"/>
                                <w:szCs w:val="24"/>
                              </w:rPr>
                              <w:t>Highways Department</w:t>
                            </w:r>
                            <w:r w:rsidRPr="00235612">
                              <w:rPr>
                                <w:sz w:val="24"/>
                                <w:szCs w:val="24"/>
                              </w:rPr>
                              <w:t>, you will contribute to a broad range of work. This will include providing technical advice, supporting the assessment of planning applications, assisting with flood and coastal projects and assets, analysing information and working with partners and communities. You will be supported to develop your knowledge and take on greater responsibility as your experience grows.</w:t>
                            </w:r>
                          </w:p>
                          <w:p w14:paraId="5CF2039D" w14:textId="5DC2A060" w:rsidR="00235612" w:rsidRPr="00235612" w:rsidRDefault="00235612" w:rsidP="00235612">
                            <w:pPr>
                              <w:spacing w:after="0" w:line="240" w:lineRule="auto"/>
                              <w:rPr>
                                <w:sz w:val="24"/>
                                <w:szCs w:val="24"/>
                              </w:rPr>
                            </w:pPr>
                            <w:r w:rsidRPr="00235612">
                              <w:rPr>
                                <w:sz w:val="24"/>
                                <w:szCs w:val="24"/>
                              </w:rPr>
                              <w:t> </w:t>
                            </w:r>
                          </w:p>
                          <w:p w14:paraId="429E2A00" w14:textId="3380391D" w:rsidR="00235612" w:rsidRPr="00235612" w:rsidRDefault="00235612" w:rsidP="00235612">
                            <w:pPr>
                              <w:spacing w:after="0" w:line="240" w:lineRule="auto"/>
                              <w:rPr>
                                <w:sz w:val="24"/>
                                <w:szCs w:val="24"/>
                              </w:rPr>
                            </w:pPr>
                            <w:r w:rsidRPr="00235612">
                              <w:rPr>
                                <w:sz w:val="24"/>
                                <w:szCs w:val="24"/>
                              </w:rPr>
                              <w:t>The role will suit someone with a relevant technical background who is keen to apply and further develop their skills in a supportive public-service environment. You will be organised, willing to learn and able to communicate clearly with a range of people. In return, you will gain experience across local flood risk management, coastal management, planning, project delivery, GIS, partnership working and</w:t>
                            </w:r>
                            <w:r w:rsidR="00307F22" w:rsidRPr="00307F22">
                              <w:rPr>
                                <w:sz w:val="24"/>
                                <w:szCs w:val="24"/>
                              </w:rPr>
                              <w:t xml:space="preserve"> a range of local and regional project </w:t>
                            </w:r>
                            <w:proofErr w:type="gramStart"/>
                            <w:r w:rsidR="00307F22" w:rsidRPr="00307F22">
                              <w:rPr>
                                <w:sz w:val="24"/>
                                <w:szCs w:val="24"/>
                              </w:rPr>
                              <w:t>work.</w:t>
                            </w:r>
                            <w:r w:rsidRPr="00235612">
                              <w:rPr>
                                <w:sz w:val="24"/>
                                <w:szCs w:val="24"/>
                              </w:rPr>
                              <w:t>.</w:t>
                            </w:r>
                            <w:proofErr w:type="gramEnd"/>
                          </w:p>
                          <w:p w14:paraId="42302267" w14:textId="02511688" w:rsidR="00235612" w:rsidRPr="00235612" w:rsidRDefault="00235612" w:rsidP="00235612">
                            <w:pPr>
                              <w:spacing w:after="0" w:line="240" w:lineRule="auto"/>
                              <w:rPr>
                                <w:sz w:val="24"/>
                                <w:szCs w:val="24"/>
                              </w:rPr>
                            </w:pPr>
                            <w:r w:rsidRPr="00235612">
                              <w:rPr>
                                <w:sz w:val="24"/>
                                <w:szCs w:val="24"/>
                              </w:rPr>
                              <w:t> </w:t>
                            </w:r>
                          </w:p>
                          <w:p w14:paraId="086AF1E2" w14:textId="5E887BBB" w:rsidR="00235612" w:rsidRPr="00235612" w:rsidRDefault="00235612" w:rsidP="00235612">
                            <w:pPr>
                              <w:spacing w:after="0" w:line="240" w:lineRule="auto"/>
                              <w:rPr>
                                <w:sz w:val="24"/>
                                <w:szCs w:val="24"/>
                              </w:rPr>
                            </w:pPr>
                            <w:r w:rsidRPr="00235612">
                              <w:rPr>
                                <w:sz w:val="24"/>
                                <w:szCs w:val="24"/>
                              </w:rPr>
                              <w:t>If you are motivated by public service, enjoy solving problems and want to develop a rewarding career while helping to improve resilience for communities and places, we would be delighted to hear from you.</w:t>
                            </w:r>
                          </w:p>
                          <w:p w14:paraId="420AD5DD" w14:textId="2400E6D0" w:rsidR="00235612" w:rsidRPr="00235612" w:rsidRDefault="00235612" w:rsidP="00235612">
                            <w:pPr>
                              <w:spacing w:after="0" w:line="240" w:lineRule="auto"/>
                              <w:rPr>
                                <w:sz w:val="24"/>
                                <w:szCs w:val="24"/>
                              </w:rPr>
                            </w:pPr>
                            <w:r w:rsidRPr="00235612">
                              <w:rPr>
                                <w:sz w:val="24"/>
                                <w:szCs w:val="24"/>
                              </w:rPr>
                              <w:t> </w:t>
                            </w:r>
                          </w:p>
                          <w:p w14:paraId="1037AABE" w14:textId="39D88897" w:rsidR="00235612" w:rsidRPr="00235612" w:rsidRDefault="00235612" w:rsidP="00235612">
                            <w:pPr>
                              <w:spacing w:after="0" w:line="240" w:lineRule="auto"/>
                              <w:rPr>
                                <w:sz w:val="24"/>
                                <w:szCs w:val="24"/>
                              </w:rPr>
                            </w:pPr>
                            <w:r w:rsidRPr="00235612">
                              <w:rPr>
                                <w:sz w:val="24"/>
                                <w:szCs w:val="24"/>
                              </w:rPr>
                              <w:t>The Job Description and Person Specification for this role are included within this pack. If you have any questions about the vacancy, please refer to the job pack for the appropriate contact details.</w:t>
                            </w:r>
                          </w:p>
                          <w:p w14:paraId="417FC2E7" w14:textId="747B150F" w:rsidR="00235612" w:rsidRPr="00235612" w:rsidRDefault="00235612" w:rsidP="00235612">
                            <w:pPr>
                              <w:spacing w:after="0" w:line="240" w:lineRule="auto"/>
                              <w:rPr>
                                <w:sz w:val="24"/>
                                <w:szCs w:val="24"/>
                              </w:rPr>
                            </w:pPr>
                            <w:r w:rsidRPr="00235612">
                              <w:rPr>
                                <w:sz w:val="24"/>
                                <w:szCs w:val="24"/>
                              </w:rPr>
                              <w:t> </w:t>
                            </w:r>
                          </w:p>
                          <w:p w14:paraId="04819251" w14:textId="01852D6A" w:rsidR="00235612" w:rsidRPr="00235612" w:rsidRDefault="00235612" w:rsidP="00235612">
                            <w:pPr>
                              <w:spacing w:after="0" w:line="240" w:lineRule="auto"/>
                              <w:rPr>
                                <w:sz w:val="24"/>
                                <w:szCs w:val="24"/>
                              </w:rPr>
                            </w:pPr>
                            <w:r w:rsidRPr="00235612">
                              <w:rPr>
                                <w:sz w:val="24"/>
                                <w:szCs w:val="24"/>
                              </w:rPr>
                              <w:t>If, when you’ve finished reading this pack, you like what you see, and Sefton’s Vision and Values align with yours, we look forward to receiving your application.</w:t>
                            </w:r>
                          </w:p>
                          <w:p w14:paraId="433CB290" w14:textId="75790EF0" w:rsidR="00235612" w:rsidRPr="00235612" w:rsidRDefault="00235612" w:rsidP="00235612">
                            <w:pPr>
                              <w:spacing w:after="0" w:line="240" w:lineRule="auto"/>
                              <w:rPr>
                                <w:sz w:val="24"/>
                                <w:szCs w:val="24"/>
                              </w:rPr>
                            </w:pPr>
                            <w:r w:rsidRPr="00235612">
                              <w:rPr>
                                <w:sz w:val="24"/>
                                <w:szCs w:val="24"/>
                              </w:rPr>
                              <w:t> </w:t>
                            </w:r>
                          </w:p>
                          <w:p w14:paraId="752CA344" w14:textId="0A9B29D7" w:rsidR="003E2B31" w:rsidRPr="00235612" w:rsidRDefault="00235612" w:rsidP="00235612">
                            <w:pPr>
                              <w:spacing w:after="0" w:line="240" w:lineRule="auto"/>
                              <w:rPr>
                                <w:sz w:val="24"/>
                                <w:szCs w:val="24"/>
                                <w:highlight w:val="red"/>
                              </w:rPr>
                            </w:pPr>
                            <w:r w:rsidRPr="00235612">
                              <w:rPr>
                                <w:sz w:val="24"/>
                                <w:szCs w:val="24"/>
                              </w:rPr>
                              <w:t>Best of luck!</w:t>
                            </w:r>
                          </w:p>
                          <w:p w14:paraId="730E18D2" w14:textId="51B5AEF9" w:rsidR="003E2B31" w:rsidRPr="006A2A6F" w:rsidRDefault="006A2A6F" w:rsidP="00671606">
                            <w:pPr>
                              <w:spacing w:after="0" w:line="240" w:lineRule="auto"/>
                              <w:rPr>
                                <w:sz w:val="24"/>
                                <w:szCs w:val="24"/>
                              </w:rPr>
                            </w:pPr>
                            <w:r w:rsidRPr="006A2A6F">
                              <w:rPr>
                                <w:sz w:val="24"/>
                                <w:szCs w:val="24"/>
                              </w:rPr>
                              <w:t>Paul Scott</w:t>
                            </w:r>
                          </w:p>
                          <w:p w14:paraId="56D5B4A0" w14:textId="43035870" w:rsidR="003E2B31" w:rsidRPr="00235612" w:rsidRDefault="006A2A6F" w:rsidP="00671606">
                            <w:pPr>
                              <w:spacing w:after="0" w:line="240" w:lineRule="auto"/>
                              <w:rPr>
                                <w:sz w:val="24"/>
                                <w:szCs w:val="24"/>
                              </w:rPr>
                            </w:pPr>
                            <w:r>
                              <w:rPr>
                                <w:sz w:val="24"/>
                                <w:szCs w:val="24"/>
                              </w:rPr>
                              <w:t>Highways Asset Manager</w:t>
                            </w:r>
                          </w:p>
                          <w:p w14:paraId="65D815F4" w14:textId="417C60CF" w:rsidR="00F74424" w:rsidRPr="00A665FC" w:rsidRDefault="00F74424" w:rsidP="00E54416">
                            <w:pPr>
                              <w:spacing w:after="0" w:line="240" w:lineRule="auto"/>
                              <w:rPr>
                                <w:sz w:val="28"/>
                                <w:szCs w:val="28"/>
                              </w:rPr>
                            </w:pPr>
                          </w:p>
                          <w:p w14:paraId="2DCF1838" w14:textId="77777777" w:rsidR="00F74424" w:rsidRPr="00A665FC" w:rsidRDefault="00F74424" w:rsidP="00A236B7">
                            <w:pPr>
                              <w:rPr>
                                <w:b/>
                                <w:color w:val="0082BC"/>
                                <w:sz w:val="28"/>
                                <w:szCs w:val="28"/>
                              </w:rPr>
                            </w:pPr>
                            <w:r w:rsidRPr="00A665FC">
                              <w:rPr>
                                <w:b/>
                                <w:color w:val="0082BC"/>
                                <w:sz w:val="28"/>
                                <w:szCs w:val="28"/>
                              </w:rPr>
                              <w:br w:type="page"/>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59204A" id="_x0000_t202" coordsize="21600,21600" o:spt="202" path="m,l,21600r21600,l21600,xe">
                <v:stroke joinstyle="miter"/>
                <v:path gradientshapeok="t" o:connecttype="rect"/>
              </v:shapetype>
              <v:shape id="Text Box 1" o:spid="_x0000_s1029" type="#_x0000_t202" style="position:absolute;margin-left:0;margin-top:5.3pt;width:455.25pt;height:567pt;z-index:25165826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" filled="f" stroked="f" strokeweight=".5pt">
                <v:textbox>
                  <w:txbxContent>
                    <w:p w14:paraId="0B901E42" w14:textId="77777777" w:rsidR="00235612" w:rsidRPr="00235612" w:rsidRDefault="00235612" w:rsidP="00235612">
                      <w:pPr>
                        <w:spacing w:after="0" w:line="240" w:lineRule="auto"/>
                        <w:rPr>
                          <w:sz w:val="24"/>
                          <w:szCs w:val="24"/>
                        </w:rPr>
                      </w:pPr>
                      <w:r w:rsidRPr="00235612">
                        <w:rPr>
                          <w:sz w:val="24"/>
                          <w:szCs w:val="24"/>
                        </w:rPr>
                        <w:t>Hi,</w:t>
                      </w:r>
                    </w:p>
                    <w:p w14:paraId="0CF18DFF" w14:textId="2FD23C4E" w:rsidR="00235612" w:rsidRPr="00235612" w:rsidRDefault="00235612" w:rsidP="00235612">
                      <w:pPr>
                        <w:spacing w:after="0" w:line="240" w:lineRule="auto"/>
                        <w:rPr>
                          <w:sz w:val="24"/>
                          <w:szCs w:val="24"/>
                        </w:rPr>
                      </w:pPr>
                    </w:p>
                    <w:p w14:paraId="3B9A11E4" w14:textId="6D4222E1" w:rsidR="00235612" w:rsidRPr="00235612" w:rsidRDefault="00235612" w:rsidP="00235612">
                      <w:pPr>
                        <w:spacing w:after="0" w:line="240" w:lineRule="auto"/>
                        <w:rPr>
                          <w:sz w:val="24"/>
                          <w:szCs w:val="24"/>
                        </w:rPr>
                      </w:pPr>
                      <w:r w:rsidRPr="00235612">
                        <w:rPr>
                          <w:sz w:val="24"/>
                          <w:szCs w:val="24"/>
                        </w:rPr>
                        <w:t>Thank you for your interest in the Flood and Coastal Erosion Risk Management Officer role at Sefton Council.</w:t>
                      </w:r>
                    </w:p>
                    <w:p w14:paraId="2E742903" w14:textId="76EBABFA" w:rsidR="00235612" w:rsidRPr="00235612" w:rsidRDefault="00235612" w:rsidP="00235612">
                      <w:pPr>
                        <w:spacing w:after="0" w:line="240" w:lineRule="auto"/>
                        <w:rPr>
                          <w:sz w:val="24"/>
                          <w:szCs w:val="24"/>
                        </w:rPr>
                      </w:pPr>
                      <w:r w:rsidRPr="00235612">
                        <w:rPr>
                          <w:sz w:val="24"/>
                          <w:szCs w:val="24"/>
                        </w:rPr>
                        <w:t> </w:t>
                      </w:r>
                    </w:p>
                    <w:p w14:paraId="37C10BEC" w14:textId="42BDEF86" w:rsidR="00235612" w:rsidRPr="00235612" w:rsidRDefault="00235612" w:rsidP="00235612">
                      <w:pPr>
                        <w:spacing w:after="0" w:line="240" w:lineRule="auto"/>
                        <w:rPr>
                          <w:sz w:val="24"/>
                          <w:szCs w:val="24"/>
                        </w:rPr>
                      </w:pPr>
                      <w:r w:rsidRPr="00235612">
                        <w:rPr>
                          <w:sz w:val="24"/>
                          <w:szCs w:val="24"/>
                        </w:rPr>
                        <w:t>This is an excellent opportunity to develop your career within a specialist and highly valued service that plays an important role in managing flood and coastal erosion risk across one of the country’s most environmentally significant and dynamic coastal boroughs. Sefton’s coastline, communities, infrastructure and natural environment provide a varied and rewarding setting in which to build your experience and make a practical difference.</w:t>
                      </w:r>
                    </w:p>
                    <w:p w14:paraId="23D7DEB5" w14:textId="0FBA78F8" w:rsidR="00235612" w:rsidRPr="00235612" w:rsidRDefault="00235612" w:rsidP="00235612">
                      <w:pPr>
                        <w:spacing w:after="0" w:line="240" w:lineRule="auto"/>
                        <w:rPr>
                          <w:sz w:val="24"/>
                          <w:szCs w:val="24"/>
                        </w:rPr>
                      </w:pPr>
                      <w:r w:rsidRPr="00235612">
                        <w:rPr>
                          <w:sz w:val="24"/>
                          <w:szCs w:val="24"/>
                        </w:rPr>
                        <w:t> </w:t>
                      </w:r>
                    </w:p>
                    <w:p w14:paraId="0922A883" w14:textId="37BCCC92" w:rsidR="00235612" w:rsidRPr="00235612" w:rsidRDefault="00235612" w:rsidP="00235612">
                      <w:pPr>
                        <w:spacing w:after="0" w:line="240" w:lineRule="auto"/>
                        <w:rPr>
                          <w:sz w:val="24"/>
                          <w:szCs w:val="24"/>
                        </w:rPr>
                      </w:pPr>
                      <w:r w:rsidRPr="00235612">
                        <w:rPr>
                          <w:sz w:val="24"/>
                          <w:szCs w:val="24"/>
                        </w:rPr>
                        <w:t xml:space="preserve">Working with the Principal </w:t>
                      </w:r>
                      <w:r w:rsidR="00307F22">
                        <w:rPr>
                          <w:sz w:val="24"/>
                          <w:szCs w:val="24"/>
                        </w:rPr>
                        <w:t>FCERM</w:t>
                      </w:r>
                      <w:r w:rsidRPr="00235612">
                        <w:rPr>
                          <w:sz w:val="24"/>
                          <w:szCs w:val="24"/>
                        </w:rPr>
                        <w:t xml:space="preserve"> Officer and colleagues across the </w:t>
                      </w:r>
                      <w:r w:rsidR="00081F38">
                        <w:rPr>
                          <w:sz w:val="24"/>
                          <w:szCs w:val="24"/>
                        </w:rPr>
                        <w:t>Highways Department</w:t>
                      </w:r>
                      <w:r w:rsidRPr="00235612">
                        <w:rPr>
                          <w:sz w:val="24"/>
                          <w:szCs w:val="24"/>
                        </w:rPr>
                        <w:t>, you will contribute to a broad range of work. This will include providing technical advice, supporting the assessment of planning applications, assisting with flood and coastal projects and assets, analysing information and working with partners and communities. You will be supported to develop your knowledge and take on greater responsibility as your experience grows.</w:t>
                      </w:r>
                    </w:p>
                    <w:p w14:paraId="5CF2039D" w14:textId="5DC2A060" w:rsidR="00235612" w:rsidRPr="00235612" w:rsidRDefault="00235612" w:rsidP="00235612">
                      <w:pPr>
                        <w:spacing w:after="0" w:line="240" w:lineRule="auto"/>
                        <w:rPr>
                          <w:sz w:val="24"/>
                          <w:szCs w:val="24"/>
                        </w:rPr>
                      </w:pPr>
                      <w:r w:rsidRPr="00235612">
                        <w:rPr>
                          <w:sz w:val="24"/>
                          <w:szCs w:val="24"/>
                        </w:rPr>
                        <w:t> </w:t>
                      </w:r>
                    </w:p>
                    <w:p w14:paraId="429E2A00" w14:textId="3380391D" w:rsidR="00235612" w:rsidRPr="00235612" w:rsidRDefault="00235612" w:rsidP="00235612">
                      <w:pPr>
                        <w:spacing w:after="0" w:line="240" w:lineRule="auto"/>
                        <w:rPr>
                          <w:sz w:val="24"/>
                          <w:szCs w:val="24"/>
                        </w:rPr>
                      </w:pPr>
                      <w:r w:rsidRPr="00235612">
                        <w:rPr>
                          <w:sz w:val="24"/>
                          <w:szCs w:val="24"/>
                        </w:rPr>
                        <w:t>The role will suit someone with a relevant technical background who is keen to apply and further develop their skills in a supportive public-service environment. You will be organised, willing to learn and able to communicate clearly with a range of people. In return, you will gain experience across local flood risk management, coastal management, planning, project delivery, GIS, partnership working and</w:t>
                      </w:r>
                      <w:r w:rsidR="00307F22" w:rsidRPr="00307F22">
                        <w:rPr>
                          <w:sz w:val="24"/>
                          <w:szCs w:val="24"/>
                        </w:rPr>
                        <w:t xml:space="preserve"> a range of local and regional project work.</w:t>
                      </w:r>
                      <w:r w:rsidRPr="00235612">
                        <w:rPr>
                          <w:sz w:val="24"/>
                          <w:szCs w:val="24"/>
                        </w:rPr>
                        <w:t>.</w:t>
                      </w:r>
                    </w:p>
                    <w:p w14:paraId="42302267" w14:textId="02511688" w:rsidR="00235612" w:rsidRPr="00235612" w:rsidRDefault="00235612" w:rsidP="00235612">
                      <w:pPr>
                        <w:spacing w:after="0" w:line="240" w:lineRule="auto"/>
                        <w:rPr>
                          <w:sz w:val="24"/>
                          <w:szCs w:val="24"/>
                        </w:rPr>
                      </w:pPr>
                      <w:r w:rsidRPr="00235612">
                        <w:rPr>
                          <w:sz w:val="24"/>
                          <w:szCs w:val="24"/>
                        </w:rPr>
                        <w:t> </w:t>
                      </w:r>
                    </w:p>
                    <w:p w14:paraId="086AF1E2" w14:textId="5E887BBB" w:rsidR="00235612" w:rsidRPr="00235612" w:rsidRDefault="00235612" w:rsidP="00235612">
                      <w:pPr>
                        <w:spacing w:after="0" w:line="240" w:lineRule="auto"/>
                        <w:rPr>
                          <w:sz w:val="24"/>
                          <w:szCs w:val="24"/>
                        </w:rPr>
                      </w:pPr>
                      <w:r w:rsidRPr="00235612">
                        <w:rPr>
                          <w:sz w:val="24"/>
                          <w:szCs w:val="24"/>
                        </w:rPr>
                        <w:t>If you are motivated by public service, enjoy solving problems and want to develop a rewarding career while helping to improve resilience for communities and places, we would be delighted to hear from you.</w:t>
                      </w:r>
                    </w:p>
                    <w:p w14:paraId="420AD5DD" w14:textId="2400E6D0" w:rsidR="00235612" w:rsidRPr="00235612" w:rsidRDefault="00235612" w:rsidP="00235612">
                      <w:pPr>
                        <w:spacing w:after="0" w:line="240" w:lineRule="auto"/>
                        <w:rPr>
                          <w:sz w:val="24"/>
                          <w:szCs w:val="24"/>
                        </w:rPr>
                      </w:pPr>
                      <w:r w:rsidRPr="00235612">
                        <w:rPr>
                          <w:sz w:val="24"/>
                          <w:szCs w:val="24"/>
                        </w:rPr>
                        <w:t> </w:t>
                      </w:r>
                    </w:p>
                    <w:p w14:paraId="1037AABE" w14:textId="39D88897" w:rsidR="00235612" w:rsidRPr="00235612" w:rsidRDefault="00235612" w:rsidP="00235612">
                      <w:pPr>
                        <w:spacing w:after="0" w:line="240" w:lineRule="auto"/>
                        <w:rPr>
                          <w:sz w:val="24"/>
                          <w:szCs w:val="24"/>
                        </w:rPr>
                      </w:pPr>
                      <w:r w:rsidRPr="00235612">
                        <w:rPr>
                          <w:sz w:val="24"/>
                          <w:szCs w:val="24"/>
                        </w:rPr>
                        <w:t>The Job Description and Person Specification for this role are included within this pack. If you have any questions about the vacancy, please refer to the job pack for the appropriate contact details.</w:t>
                      </w:r>
                    </w:p>
                    <w:p w14:paraId="417FC2E7" w14:textId="747B150F" w:rsidR="00235612" w:rsidRPr="00235612" w:rsidRDefault="00235612" w:rsidP="00235612">
                      <w:pPr>
                        <w:spacing w:after="0" w:line="240" w:lineRule="auto"/>
                        <w:rPr>
                          <w:sz w:val="24"/>
                          <w:szCs w:val="24"/>
                        </w:rPr>
                      </w:pPr>
                      <w:r w:rsidRPr="00235612">
                        <w:rPr>
                          <w:sz w:val="24"/>
                          <w:szCs w:val="24"/>
                        </w:rPr>
                        <w:t> </w:t>
                      </w:r>
                    </w:p>
                    <w:p w14:paraId="04819251" w14:textId="01852D6A" w:rsidR="00235612" w:rsidRPr="00235612" w:rsidRDefault="00235612" w:rsidP="00235612">
                      <w:pPr>
                        <w:spacing w:after="0" w:line="240" w:lineRule="auto"/>
                        <w:rPr>
                          <w:sz w:val="24"/>
                          <w:szCs w:val="24"/>
                        </w:rPr>
                      </w:pPr>
                      <w:r w:rsidRPr="00235612">
                        <w:rPr>
                          <w:sz w:val="24"/>
                          <w:szCs w:val="24"/>
                        </w:rPr>
                        <w:t>If, when you’ve finished reading this pack, you like what you see, and Sefton’s Vision and Values align with yours, we look forward to receiving your application.</w:t>
                      </w:r>
                    </w:p>
                    <w:p w14:paraId="433CB290" w14:textId="75790EF0" w:rsidR="00235612" w:rsidRPr="00235612" w:rsidRDefault="00235612" w:rsidP="00235612">
                      <w:pPr>
                        <w:spacing w:after="0" w:line="240" w:lineRule="auto"/>
                        <w:rPr>
                          <w:sz w:val="24"/>
                          <w:szCs w:val="24"/>
                        </w:rPr>
                      </w:pPr>
                      <w:r w:rsidRPr="00235612">
                        <w:rPr>
                          <w:sz w:val="24"/>
                          <w:szCs w:val="24"/>
                        </w:rPr>
                        <w:t> </w:t>
                      </w:r>
                    </w:p>
                    <w:p w14:paraId="752CA344" w14:textId="0A9B29D7" w:rsidR="003E2B31" w:rsidRPr="00235612" w:rsidRDefault="00235612" w:rsidP="00235612">
                      <w:pPr>
                        <w:spacing w:after="0" w:line="240" w:lineRule="auto"/>
                        <w:rPr>
                          <w:sz w:val="24"/>
                          <w:szCs w:val="24"/>
                          <w:highlight w:val="red"/>
                        </w:rPr>
                      </w:pPr>
                      <w:r w:rsidRPr="00235612">
                        <w:rPr>
                          <w:sz w:val="24"/>
                          <w:szCs w:val="24"/>
                        </w:rPr>
                        <w:t>Best of luck!</w:t>
                      </w:r>
                    </w:p>
                    <w:p w14:paraId="730E18D2" w14:textId="51B5AEF9" w:rsidR="003E2B31" w:rsidRPr="006A2A6F" w:rsidRDefault="006A2A6F" w:rsidP="00671606">
                      <w:pPr>
                        <w:spacing w:after="0" w:line="240" w:lineRule="auto"/>
                        <w:rPr>
                          <w:sz w:val="24"/>
                          <w:szCs w:val="24"/>
                        </w:rPr>
                      </w:pPr>
                      <w:r w:rsidRPr="006A2A6F">
                        <w:rPr>
                          <w:sz w:val="24"/>
                          <w:szCs w:val="24"/>
                        </w:rPr>
                        <w:t>Paul Scott</w:t>
                      </w:r>
                    </w:p>
                    <w:p w14:paraId="56D5B4A0" w14:textId="43035870" w:rsidR="003E2B31" w:rsidRPr="00235612" w:rsidRDefault="006A2A6F" w:rsidP="00671606">
                      <w:pPr>
                        <w:spacing w:after="0" w:line="240" w:lineRule="auto"/>
                        <w:rPr>
                          <w:sz w:val="24"/>
                          <w:szCs w:val="24"/>
                        </w:rPr>
                      </w:pPr>
                      <w:r>
                        <w:rPr>
                          <w:sz w:val="24"/>
                          <w:szCs w:val="24"/>
                        </w:rPr>
                        <w:t>Highways Asset Manager</w:t>
                      </w:r>
                    </w:p>
                    <w:p w14:paraId="65D815F4" w14:textId="417C60CF" w:rsidR="00F74424" w:rsidRPr="00A665FC" w:rsidRDefault="00F74424" w:rsidP="00E54416">
                      <w:pPr>
                        <w:spacing w:after="0" w:line="240" w:lineRule="auto"/>
                        <w:rPr>
                          <w:sz w:val="28"/>
                          <w:szCs w:val="28"/>
                        </w:rPr>
                      </w:pPr>
                    </w:p>
                    <w:p w14:paraId="2DCF1838" w14:textId="77777777" w:rsidR="00F74424" w:rsidRPr="00A665FC" w:rsidRDefault="00F74424" w:rsidP="00A236B7">
                      <w:pPr>
                        <w:rPr>
                          <w:b/>
                          <w:color w:val="0082BC"/>
                          <w:sz w:val="28"/>
                          <w:szCs w:val="28"/>
                        </w:rPr>
                      </w:pPr>
                      <w:r w:rsidRPr="00A665FC">
                        <w:rPr>
                          <w:b/>
                          <w:color w:val="0082BC"/>
                          <w:sz w:val="28"/>
                          <w:szCs w:val="28"/>
                        </w:rPr>
                        <w:br w:type="page"/>
                      </w:r>
                    </w:p>
                  </w:txbxContent>
                </v:textbox>
                <w10:wrap anchorx="margin"/>
              </v:shape>
            </w:pict>
          </mc:Fallback>
        </mc:AlternateContent>
      </w:r>
    </w:p>
    <w:p w14:paraId="70EB1658" w14:textId="4A40FC0C" w:rsidR="000B3B22" w:rsidRPr="00A665FC" w:rsidRDefault="000B3B22">
      <w:pPr>
        <w:rPr>
          <w:sz w:val="48"/>
          <w:szCs w:val="48"/>
        </w:rPr>
      </w:pPr>
    </w:p>
    <w:p w14:paraId="7763ECEB" w14:textId="048F5B6E" w:rsidR="000B3B22" w:rsidRPr="00A665FC" w:rsidRDefault="000B3B22">
      <w:pPr>
        <w:rPr>
          <w:sz w:val="48"/>
          <w:szCs w:val="48"/>
        </w:rPr>
      </w:pPr>
    </w:p>
    <w:p w14:paraId="3B3BF7AB" w14:textId="67E07529" w:rsidR="000B3B22" w:rsidRPr="00A665FC" w:rsidRDefault="000B3B22">
      <w:pPr>
        <w:rPr>
          <w:sz w:val="48"/>
          <w:szCs w:val="48"/>
        </w:rPr>
      </w:pPr>
    </w:p>
    <w:p w14:paraId="3E9A32A7" w14:textId="15CDE78E" w:rsidR="000B3B22" w:rsidRPr="00A665FC" w:rsidRDefault="000B3B22">
      <w:pPr>
        <w:rPr>
          <w:sz w:val="36"/>
          <w:szCs w:val="36"/>
        </w:rPr>
      </w:pPr>
    </w:p>
    <w:p w14:paraId="543CC695" w14:textId="33277B70" w:rsidR="00170274" w:rsidRPr="00A665FC" w:rsidRDefault="00170274" w:rsidP="0049316D">
      <w:pPr>
        <w:rPr>
          <w:b/>
          <w:color w:val="0082BC"/>
          <w:sz w:val="32"/>
        </w:rPr>
      </w:pPr>
    </w:p>
    <w:p w14:paraId="6D7294E8" w14:textId="773BF767" w:rsidR="00170274" w:rsidRPr="00A665FC" w:rsidRDefault="00170274" w:rsidP="0049316D">
      <w:pPr>
        <w:rPr>
          <w:b/>
          <w:color w:val="0082BC"/>
          <w:sz w:val="32"/>
        </w:rPr>
      </w:pPr>
    </w:p>
    <w:p w14:paraId="03D779DE" w14:textId="4C5D5BC8" w:rsidR="00170274" w:rsidRPr="00A665FC" w:rsidRDefault="00170274" w:rsidP="0049316D">
      <w:pPr>
        <w:rPr>
          <w:b/>
          <w:color w:val="0082BC"/>
          <w:sz w:val="32"/>
        </w:rPr>
      </w:pPr>
    </w:p>
    <w:p w14:paraId="2A1DF892" w14:textId="1B1C34C1" w:rsidR="00170274" w:rsidRPr="00A665FC" w:rsidRDefault="00170274" w:rsidP="0049316D">
      <w:pPr>
        <w:rPr>
          <w:b/>
          <w:color w:val="0082BC"/>
          <w:sz w:val="32"/>
        </w:rPr>
      </w:pPr>
    </w:p>
    <w:p w14:paraId="54E8B75D" w14:textId="3EA5BCF0" w:rsidR="00170274" w:rsidRPr="00A665FC" w:rsidRDefault="00170274" w:rsidP="0049316D">
      <w:pPr>
        <w:rPr>
          <w:b/>
          <w:color w:val="0082BC"/>
          <w:sz w:val="32"/>
        </w:rPr>
      </w:pPr>
    </w:p>
    <w:p w14:paraId="6FAE099F" w14:textId="74F8EF82" w:rsidR="00170274" w:rsidRPr="00A665FC" w:rsidRDefault="00170274" w:rsidP="0049316D">
      <w:pPr>
        <w:rPr>
          <w:b/>
          <w:color w:val="0082BC"/>
          <w:sz w:val="32"/>
        </w:rPr>
      </w:pPr>
    </w:p>
    <w:p w14:paraId="2830E6AE" w14:textId="77777777" w:rsidR="00F24918" w:rsidRPr="00A665FC" w:rsidRDefault="005715A1" w:rsidP="0049316D">
      <w:pPr>
        <w:rPr>
          <w:b/>
          <w:color w:val="0082BC"/>
          <w:sz w:val="32"/>
        </w:rPr>
        <w:sectPr w:rsidR="00F24918" w:rsidRPr="00A665FC" w:rsidSect="00034616">
          <w:headerReference w:type="default" r:id="rId19"/>
          <w:footerReference w:type="default" r:id="rId20"/>
          <w:pgSz w:w="12240" w:h="15840"/>
          <w:pgMar w:top="1440" w:right="1800" w:bottom="1440" w:left="1800" w:header="720" w:footer="720" w:gutter="0"/>
          <w:cols w:space="720"/>
          <w:docGrid w:linePitch="360"/>
        </w:sectPr>
      </w:pPr>
      <w:r w:rsidRPr="00A665FC">
        <w:rPr>
          <w:noProof/>
        </w:rPr>
        <w:drawing>
          <wp:anchor distT="0" distB="0" distL="114300" distR="114300" simplePos="0" relativeHeight="251658262" behindDoc="0" locked="0" layoutInCell="1" allowOverlap="1" wp14:anchorId="51189C94" wp14:editId="13028A7B">
            <wp:simplePos x="0" y="0"/>
            <wp:positionH relativeFrom="margin">
              <wp:align>center</wp:align>
            </wp:positionH>
            <wp:positionV relativeFrom="paragraph">
              <wp:posOffset>2500630</wp:posOffset>
            </wp:positionV>
            <wp:extent cx="2288652" cy="373945"/>
            <wp:effectExtent l="0" t="0" r="0" b="7620"/>
            <wp:wrapNone/>
            <wp:docPr id="1509787870" name="Image 17" descr="A black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17" name="Image 17" descr="A black text on a white background&#10;&#10;AI-generated content may be incorrect."/>
                    <pic:cNvPicPr/>
                  </pic:nvPicPr>
                  <pic:blipFill>
                    <a:blip r:embed="rId18" cstate="print"/>
                    <a:stretch>
                      <a:fillRect/>
                    </a:stretch>
                  </pic:blipFill>
                  <pic:spPr>
                    <a:xfrm>
                      <a:off x="0" y="0"/>
                      <a:ext cx="2288652" cy="373945"/>
                    </a:xfrm>
                    <a:prstGeom prst="rect">
                      <a:avLst/>
                    </a:prstGeom>
                  </pic:spPr>
                </pic:pic>
              </a:graphicData>
            </a:graphic>
          </wp:anchor>
        </w:drawing>
      </w:r>
    </w:p>
    <w:p w14:paraId="76928DAE" w14:textId="77777777" w:rsidR="00C10C81" w:rsidRPr="00A665FC" w:rsidRDefault="00C10C81" w:rsidP="001115BF">
      <w:pPr>
        <w:rPr>
          <w:b/>
          <w:color w:val="007CBB"/>
          <w:sz w:val="48"/>
          <w:szCs w:val="48"/>
        </w:rPr>
      </w:pPr>
    </w:p>
    <w:sdt>
      <w:sdtPr>
        <w:rPr>
          <w:rFonts w:ascii="Arial" w:eastAsiaTheme="minorEastAsia" w:hAnsi="Arial" w:cstheme="minorBidi"/>
          <w:b w:val="0"/>
          <w:bCs w:val="0"/>
          <w:color w:val="auto"/>
          <w:sz w:val="22"/>
          <w:szCs w:val="22"/>
        </w:rPr>
        <w:id w:val="162512051"/>
        <w:docPartObj>
          <w:docPartGallery w:val="Table of Contents"/>
          <w:docPartUnique/>
        </w:docPartObj>
      </w:sdtPr>
      <w:sdtEndPr>
        <w:rPr>
          <w:sz w:val="32"/>
          <w:szCs w:val="32"/>
        </w:rPr>
      </w:sdtEndPr>
      <w:sdtContent>
        <w:p w14:paraId="708AA259" w14:textId="1C264FFF" w:rsidR="00C10C81" w:rsidRDefault="00C10C81" w:rsidP="00C10C81">
          <w:pPr>
            <w:pStyle w:val="TOCHeading"/>
            <w:jc w:val="center"/>
            <w:rPr>
              <w:rFonts w:ascii="Arial" w:hAnsi="Arial" w:cs="Arial"/>
              <w:color w:val="007CBB"/>
              <w:sz w:val="40"/>
              <w:szCs w:val="40"/>
            </w:rPr>
          </w:pPr>
          <w:r w:rsidRPr="00317E97">
            <w:rPr>
              <w:rFonts w:ascii="Arial" w:hAnsi="Arial" w:cs="Arial"/>
              <w:color w:val="007CBB"/>
              <w:sz w:val="40"/>
              <w:szCs w:val="40"/>
            </w:rPr>
            <w:t>Contents</w:t>
          </w:r>
        </w:p>
        <w:p w14:paraId="72435EC1" w14:textId="7A61CC22" w:rsidR="00C77845" w:rsidRDefault="00C10C81">
          <w:pPr>
            <w:pStyle w:val="TOC2"/>
            <w:rPr>
              <w:rFonts w:asciiTheme="minorHAnsi" w:hAnsiTheme="minorHAnsi"/>
              <w:noProof/>
              <w:kern w:val="2"/>
              <w:sz w:val="24"/>
              <w:szCs w:val="24"/>
              <w:lang w:eastAsia="en-GB"/>
              <w14:ligatures w14:val="standardContextual"/>
            </w:rPr>
          </w:pPr>
          <w:r w:rsidRPr="00833B16">
            <w:rPr>
              <w:rStyle w:val="Hyperlink"/>
              <w:noProof/>
              <w:color w:val="auto"/>
              <w:u w:val="none"/>
            </w:rPr>
            <w:fldChar w:fldCharType="begin"/>
          </w:r>
          <w:r w:rsidRPr="00833B16">
            <w:rPr>
              <w:rStyle w:val="Hyperlink"/>
              <w:noProof/>
              <w:color w:val="auto"/>
              <w:u w:val="none"/>
            </w:rPr>
            <w:instrText xml:space="preserve"> TOC \o "1-3" \h \z \u </w:instrText>
          </w:r>
          <w:r w:rsidRPr="00833B16">
            <w:rPr>
              <w:rStyle w:val="Hyperlink"/>
              <w:noProof/>
              <w:color w:val="auto"/>
              <w:u w:val="none"/>
            </w:rPr>
            <w:fldChar w:fldCharType="separate"/>
          </w:r>
          <w:hyperlink w:anchor="_Toc236810480" w:history="1">
            <w:r w:rsidR="00C77845" w:rsidRPr="0019697E">
              <w:rPr>
                <w:rStyle w:val="Hyperlink"/>
                <w:rFonts w:cs="Arial"/>
                <w:noProof/>
              </w:rPr>
              <w:t>About the Borough of Sefton</w:t>
            </w:r>
            <w:r w:rsidR="00C77845">
              <w:rPr>
                <w:noProof/>
                <w:webHidden/>
              </w:rPr>
              <w:tab/>
            </w:r>
            <w:r w:rsidR="00C77845">
              <w:rPr>
                <w:noProof/>
                <w:webHidden/>
              </w:rPr>
              <w:fldChar w:fldCharType="begin"/>
            </w:r>
            <w:r w:rsidR="00C77845">
              <w:rPr>
                <w:noProof/>
                <w:webHidden/>
              </w:rPr>
              <w:instrText xml:space="preserve"> PAGEREF _Toc236810480 \h </w:instrText>
            </w:r>
            <w:r w:rsidR="00C77845">
              <w:rPr>
                <w:noProof/>
                <w:webHidden/>
              </w:rPr>
            </w:r>
            <w:r w:rsidR="00C77845">
              <w:rPr>
                <w:noProof/>
                <w:webHidden/>
              </w:rPr>
              <w:fldChar w:fldCharType="separate"/>
            </w:r>
            <w:r w:rsidR="00C77845">
              <w:rPr>
                <w:noProof/>
                <w:webHidden/>
              </w:rPr>
              <w:t>1</w:t>
            </w:r>
            <w:r w:rsidR="00C77845">
              <w:rPr>
                <w:noProof/>
                <w:webHidden/>
              </w:rPr>
              <w:fldChar w:fldCharType="end"/>
            </w:r>
          </w:hyperlink>
        </w:p>
        <w:p w14:paraId="1D96FAF1" w14:textId="1D5F6C22" w:rsidR="00C77845" w:rsidRDefault="00C77845">
          <w:pPr>
            <w:pStyle w:val="TOC2"/>
            <w:rPr>
              <w:rFonts w:asciiTheme="minorHAnsi" w:hAnsiTheme="minorHAnsi"/>
              <w:noProof/>
              <w:kern w:val="2"/>
              <w:sz w:val="24"/>
              <w:szCs w:val="24"/>
              <w:lang w:eastAsia="en-GB"/>
              <w14:ligatures w14:val="standardContextual"/>
            </w:rPr>
          </w:pPr>
          <w:hyperlink w:anchor="_Toc236810481" w:history="1">
            <w:r w:rsidRPr="0019697E">
              <w:rPr>
                <w:rStyle w:val="Hyperlink"/>
                <w:rFonts w:cs="Arial"/>
                <w:noProof/>
              </w:rPr>
              <w:t>Our Vision and Values</w:t>
            </w:r>
            <w:r>
              <w:rPr>
                <w:noProof/>
                <w:webHidden/>
              </w:rPr>
              <w:tab/>
            </w:r>
            <w:r>
              <w:rPr>
                <w:noProof/>
                <w:webHidden/>
              </w:rPr>
              <w:fldChar w:fldCharType="begin"/>
            </w:r>
            <w:r>
              <w:rPr>
                <w:noProof/>
                <w:webHidden/>
              </w:rPr>
              <w:instrText xml:space="preserve"> PAGEREF _Toc236810481 \h </w:instrText>
            </w:r>
            <w:r>
              <w:rPr>
                <w:noProof/>
                <w:webHidden/>
              </w:rPr>
            </w:r>
            <w:r>
              <w:rPr>
                <w:noProof/>
                <w:webHidden/>
              </w:rPr>
              <w:fldChar w:fldCharType="separate"/>
            </w:r>
            <w:r>
              <w:rPr>
                <w:noProof/>
                <w:webHidden/>
              </w:rPr>
              <w:t>2</w:t>
            </w:r>
            <w:r>
              <w:rPr>
                <w:noProof/>
                <w:webHidden/>
              </w:rPr>
              <w:fldChar w:fldCharType="end"/>
            </w:r>
          </w:hyperlink>
        </w:p>
        <w:p w14:paraId="4425A786" w14:textId="2D642B0F" w:rsidR="00C77845" w:rsidRDefault="00C77845">
          <w:pPr>
            <w:pStyle w:val="TOC2"/>
            <w:rPr>
              <w:rFonts w:asciiTheme="minorHAnsi" w:hAnsiTheme="minorHAnsi"/>
              <w:noProof/>
              <w:kern w:val="2"/>
              <w:sz w:val="24"/>
              <w:szCs w:val="24"/>
              <w:lang w:eastAsia="en-GB"/>
              <w14:ligatures w14:val="standardContextual"/>
            </w:rPr>
          </w:pPr>
          <w:hyperlink w:anchor="_Toc236810482" w:history="1">
            <w:r w:rsidRPr="0019697E">
              <w:rPr>
                <w:rStyle w:val="Hyperlink"/>
                <w:rFonts w:cs="Arial"/>
                <w:noProof/>
              </w:rPr>
              <w:t>Our Successes and Key Projects</w:t>
            </w:r>
            <w:r>
              <w:rPr>
                <w:noProof/>
                <w:webHidden/>
              </w:rPr>
              <w:tab/>
            </w:r>
            <w:r>
              <w:rPr>
                <w:noProof/>
                <w:webHidden/>
              </w:rPr>
              <w:fldChar w:fldCharType="begin"/>
            </w:r>
            <w:r>
              <w:rPr>
                <w:noProof/>
                <w:webHidden/>
              </w:rPr>
              <w:instrText xml:space="preserve"> PAGEREF _Toc236810482 \h </w:instrText>
            </w:r>
            <w:r>
              <w:rPr>
                <w:noProof/>
                <w:webHidden/>
              </w:rPr>
            </w:r>
            <w:r>
              <w:rPr>
                <w:noProof/>
                <w:webHidden/>
              </w:rPr>
              <w:fldChar w:fldCharType="separate"/>
            </w:r>
            <w:r>
              <w:rPr>
                <w:noProof/>
                <w:webHidden/>
              </w:rPr>
              <w:t>2</w:t>
            </w:r>
            <w:r>
              <w:rPr>
                <w:noProof/>
                <w:webHidden/>
              </w:rPr>
              <w:fldChar w:fldCharType="end"/>
            </w:r>
          </w:hyperlink>
        </w:p>
        <w:p w14:paraId="73988D74" w14:textId="5508B618" w:rsidR="00C77845" w:rsidRDefault="00C77845">
          <w:pPr>
            <w:pStyle w:val="TOC2"/>
            <w:rPr>
              <w:rFonts w:asciiTheme="minorHAnsi" w:hAnsiTheme="minorHAnsi"/>
              <w:noProof/>
              <w:kern w:val="2"/>
              <w:sz w:val="24"/>
              <w:szCs w:val="24"/>
              <w:lang w:eastAsia="en-GB"/>
              <w14:ligatures w14:val="standardContextual"/>
            </w:rPr>
          </w:pPr>
          <w:hyperlink w:anchor="_Toc236810483" w:history="1">
            <w:r w:rsidRPr="0019697E">
              <w:rPr>
                <w:rStyle w:val="Hyperlink"/>
                <w:rFonts w:cs="Arial"/>
                <w:noProof/>
              </w:rPr>
              <w:t>An Inclusive Workplace</w:t>
            </w:r>
            <w:r>
              <w:rPr>
                <w:noProof/>
                <w:webHidden/>
              </w:rPr>
              <w:tab/>
            </w:r>
            <w:r>
              <w:rPr>
                <w:noProof/>
                <w:webHidden/>
              </w:rPr>
              <w:fldChar w:fldCharType="begin"/>
            </w:r>
            <w:r>
              <w:rPr>
                <w:noProof/>
                <w:webHidden/>
              </w:rPr>
              <w:instrText xml:space="preserve"> PAGEREF _Toc236810483 \h </w:instrText>
            </w:r>
            <w:r>
              <w:rPr>
                <w:noProof/>
                <w:webHidden/>
              </w:rPr>
            </w:r>
            <w:r>
              <w:rPr>
                <w:noProof/>
                <w:webHidden/>
              </w:rPr>
              <w:fldChar w:fldCharType="separate"/>
            </w:r>
            <w:r>
              <w:rPr>
                <w:noProof/>
                <w:webHidden/>
              </w:rPr>
              <w:t>3</w:t>
            </w:r>
            <w:r>
              <w:rPr>
                <w:noProof/>
                <w:webHidden/>
              </w:rPr>
              <w:fldChar w:fldCharType="end"/>
            </w:r>
          </w:hyperlink>
        </w:p>
        <w:p w14:paraId="3E7789CF" w14:textId="5FE2F119" w:rsidR="00C77845" w:rsidRDefault="00C77845">
          <w:pPr>
            <w:pStyle w:val="TOC2"/>
            <w:rPr>
              <w:rFonts w:asciiTheme="minorHAnsi" w:hAnsiTheme="minorHAnsi"/>
              <w:noProof/>
              <w:kern w:val="2"/>
              <w:sz w:val="24"/>
              <w:szCs w:val="24"/>
              <w:lang w:eastAsia="en-GB"/>
              <w14:ligatures w14:val="standardContextual"/>
            </w:rPr>
          </w:pPr>
          <w:hyperlink w:anchor="_Toc236810484" w:history="1">
            <w:r w:rsidRPr="0019697E">
              <w:rPr>
                <w:rStyle w:val="Hyperlink"/>
                <w:rFonts w:cs="Arial"/>
                <w:noProof/>
              </w:rPr>
              <w:t>Liverpool City Region Fair Employment Charter</w:t>
            </w:r>
            <w:r>
              <w:rPr>
                <w:noProof/>
                <w:webHidden/>
              </w:rPr>
              <w:tab/>
            </w:r>
            <w:r>
              <w:rPr>
                <w:noProof/>
                <w:webHidden/>
              </w:rPr>
              <w:fldChar w:fldCharType="begin"/>
            </w:r>
            <w:r>
              <w:rPr>
                <w:noProof/>
                <w:webHidden/>
              </w:rPr>
              <w:instrText xml:space="preserve"> PAGEREF _Toc236810484 \h </w:instrText>
            </w:r>
            <w:r>
              <w:rPr>
                <w:noProof/>
                <w:webHidden/>
              </w:rPr>
            </w:r>
            <w:r>
              <w:rPr>
                <w:noProof/>
                <w:webHidden/>
              </w:rPr>
              <w:fldChar w:fldCharType="separate"/>
            </w:r>
            <w:r>
              <w:rPr>
                <w:noProof/>
                <w:webHidden/>
              </w:rPr>
              <w:t>4</w:t>
            </w:r>
            <w:r>
              <w:rPr>
                <w:noProof/>
                <w:webHidden/>
              </w:rPr>
              <w:fldChar w:fldCharType="end"/>
            </w:r>
          </w:hyperlink>
        </w:p>
        <w:p w14:paraId="0AEEAEFB" w14:textId="0E8CB640" w:rsidR="00C77845" w:rsidRDefault="00C77845">
          <w:pPr>
            <w:pStyle w:val="TOC2"/>
            <w:rPr>
              <w:rFonts w:asciiTheme="minorHAnsi" w:hAnsiTheme="minorHAnsi"/>
              <w:noProof/>
              <w:kern w:val="2"/>
              <w:sz w:val="24"/>
              <w:szCs w:val="24"/>
              <w:lang w:eastAsia="en-GB"/>
              <w14:ligatures w14:val="standardContextual"/>
            </w:rPr>
          </w:pPr>
          <w:hyperlink w:anchor="_Toc236810485" w:history="1">
            <w:r w:rsidRPr="0019697E">
              <w:rPr>
                <w:rStyle w:val="Hyperlink"/>
                <w:rFonts w:cs="Arial"/>
                <w:noProof/>
              </w:rPr>
              <w:t>What We Can Offer You</w:t>
            </w:r>
            <w:r>
              <w:rPr>
                <w:noProof/>
                <w:webHidden/>
              </w:rPr>
              <w:tab/>
            </w:r>
            <w:r>
              <w:rPr>
                <w:noProof/>
                <w:webHidden/>
              </w:rPr>
              <w:fldChar w:fldCharType="begin"/>
            </w:r>
            <w:r>
              <w:rPr>
                <w:noProof/>
                <w:webHidden/>
              </w:rPr>
              <w:instrText xml:space="preserve"> PAGEREF _Toc236810485 \h </w:instrText>
            </w:r>
            <w:r>
              <w:rPr>
                <w:noProof/>
                <w:webHidden/>
              </w:rPr>
            </w:r>
            <w:r>
              <w:rPr>
                <w:noProof/>
                <w:webHidden/>
              </w:rPr>
              <w:fldChar w:fldCharType="separate"/>
            </w:r>
            <w:r>
              <w:rPr>
                <w:noProof/>
                <w:webHidden/>
              </w:rPr>
              <w:t>4</w:t>
            </w:r>
            <w:r>
              <w:rPr>
                <w:noProof/>
                <w:webHidden/>
              </w:rPr>
              <w:fldChar w:fldCharType="end"/>
            </w:r>
          </w:hyperlink>
        </w:p>
        <w:p w14:paraId="01BB926D" w14:textId="59E87B4F" w:rsidR="00C77845" w:rsidRDefault="00C77845">
          <w:pPr>
            <w:pStyle w:val="TOC2"/>
            <w:rPr>
              <w:rFonts w:asciiTheme="minorHAnsi" w:hAnsiTheme="minorHAnsi"/>
              <w:noProof/>
              <w:kern w:val="2"/>
              <w:sz w:val="24"/>
              <w:szCs w:val="24"/>
              <w:lang w:eastAsia="en-GB"/>
              <w14:ligatures w14:val="standardContextual"/>
            </w:rPr>
          </w:pPr>
          <w:hyperlink w:anchor="_Toc236810486" w:history="1">
            <w:r w:rsidRPr="0019697E">
              <w:rPr>
                <w:rStyle w:val="Hyperlink"/>
                <w:rFonts w:cs="Arial"/>
                <w:noProof/>
              </w:rPr>
              <w:t>About the Role</w:t>
            </w:r>
            <w:r>
              <w:rPr>
                <w:noProof/>
                <w:webHidden/>
              </w:rPr>
              <w:tab/>
            </w:r>
            <w:r>
              <w:rPr>
                <w:noProof/>
                <w:webHidden/>
              </w:rPr>
              <w:fldChar w:fldCharType="begin"/>
            </w:r>
            <w:r>
              <w:rPr>
                <w:noProof/>
                <w:webHidden/>
              </w:rPr>
              <w:instrText xml:space="preserve"> PAGEREF _Toc236810486 \h </w:instrText>
            </w:r>
            <w:r>
              <w:rPr>
                <w:noProof/>
                <w:webHidden/>
              </w:rPr>
            </w:r>
            <w:r>
              <w:rPr>
                <w:noProof/>
                <w:webHidden/>
              </w:rPr>
              <w:fldChar w:fldCharType="separate"/>
            </w:r>
            <w:r>
              <w:rPr>
                <w:noProof/>
                <w:webHidden/>
              </w:rPr>
              <w:t>6</w:t>
            </w:r>
            <w:r>
              <w:rPr>
                <w:noProof/>
                <w:webHidden/>
              </w:rPr>
              <w:fldChar w:fldCharType="end"/>
            </w:r>
          </w:hyperlink>
        </w:p>
        <w:p w14:paraId="13ED1EC4" w14:textId="20A193FE" w:rsidR="00C77845" w:rsidRDefault="00C77845">
          <w:pPr>
            <w:pStyle w:val="TOC2"/>
            <w:rPr>
              <w:rFonts w:asciiTheme="minorHAnsi" w:hAnsiTheme="minorHAnsi"/>
              <w:noProof/>
              <w:kern w:val="2"/>
              <w:sz w:val="24"/>
              <w:szCs w:val="24"/>
              <w:lang w:eastAsia="en-GB"/>
              <w14:ligatures w14:val="standardContextual"/>
            </w:rPr>
          </w:pPr>
          <w:hyperlink w:anchor="_Toc236810487" w:history="1">
            <w:r w:rsidRPr="0019697E">
              <w:rPr>
                <w:rStyle w:val="Hyperlink"/>
                <w:rFonts w:cs="Arial"/>
                <w:noProof/>
              </w:rPr>
              <w:t>Top Tips on How to Apply</w:t>
            </w:r>
            <w:r>
              <w:rPr>
                <w:noProof/>
                <w:webHidden/>
              </w:rPr>
              <w:tab/>
            </w:r>
            <w:r>
              <w:rPr>
                <w:noProof/>
                <w:webHidden/>
              </w:rPr>
              <w:fldChar w:fldCharType="begin"/>
            </w:r>
            <w:r>
              <w:rPr>
                <w:noProof/>
                <w:webHidden/>
              </w:rPr>
              <w:instrText xml:space="preserve"> PAGEREF _Toc236810487 \h </w:instrText>
            </w:r>
            <w:r>
              <w:rPr>
                <w:noProof/>
                <w:webHidden/>
              </w:rPr>
            </w:r>
            <w:r>
              <w:rPr>
                <w:noProof/>
                <w:webHidden/>
              </w:rPr>
              <w:fldChar w:fldCharType="separate"/>
            </w:r>
            <w:r>
              <w:rPr>
                <w:noProof/>
                <w:webHidden/>
              </w:rPr>
              <w:t>8</w:t>
            </w:r>
            <w:r>
              <w:rPr>
                <w:noProof/>
                <w:webHidden/>
              </w:rPr>
              <w:fldChar w:fldCharType="end"/>
            </w:r>
          </w:hyperlink>
        </w:p>
        <w:p w14:paraId="0AC1FD68" w14:textId="1B8552B3" w:rsidR="00C77845" w:rsidRDefault="00C77845">
          <w:pPr>
            <w:pStyle w:val="TOC2"/>
            <w:rPr>
              <w:rFonts w:asciiTheme="minorHAnsi" w:hAnsiTheme="minorHAnsi"/>
              <w:noProof/>
              <w:kern w:val="2"/>
              <w:sz w:val="24"/>
              <w:szCs w:val="24"/>
              <w:lang w:eastAsia="en-GB"/>
              <w14:ligatures w14:val="standardContextual"/>
            </w:rPr>
          </w:pPr>
          <w:hyperlink w:anchor="_Toc236810488" w:history="1">
            <w:r w:rsidRPr="0019697E">
              <w:rPr>
                <w:rStyle w:val="Hyperlink"/>
                <w:rFonts w:cs="Arial"/>
                <w:noProof/>
              </w:rPr>
              <w:t>Application and Selection Information</w:t>
            </w:r>
            <w:r>
              <w:rPr>
                <w:noProof/>
                <w:webHidden/>
              </w:rPr>
              <w:tab/>
            </w:r>
            <w:r>
              <w:rPr>
                <w:noProof/>
                <w:webHidden/>
              </w:rPr>
              <w:fldChar w:fldCharType="begin"/>
            </w:r>
            <w:r>
              <w:rPr>
                <w:noProof/>
                <w:webHidden/>
              </w:rPr>
              <w:instrText xml:space="preserve"> PAGEREF _Toc236810488 \h </w:instrText>
            </w:r>
            <w:r>
              <w:rPr>
                <w:noProof/>
                <w:webHidden/>
              </w:rPr>
            </w:r>
            <w:r>
              <w:rPr>
                <w:noProof/>
                <w:webHidden/>
              </w:rPr>
              <w:fldChar w:fldCharType="separate"/>
            </w:r>
            <w:r>
              <w:rPr>
                <w:noProof/>
                <w:webHidden/>
              </w:rPr>
              <w:t>9</w:t>
            </w:r>
            <w:r>
              <w:rPr>
                <w:noProof/>
                <w:webHidden/>
              </w:rPr>
              <w:fldChar w:fldCharType="end"/>
            </w:r>
          </w:hyperlink>
        </w:p>
        <w:p w14:paraId="4F232BBD" w14:textId="0FED1BA3" w:rsidR="00C77845" w:rsidRDefault="00C77845">
          <w:pPr>
            <w:pStyle w:val="TOC2"/>
            <w:rPr>
              <w:rFonts w:asciiTheme="minorHAnsi" w:hAnsiTheme="minorHAnsi"/>
              <w:noProof/>
              <w:kern w:val="2"/>
              <w:sz w:val="24"/>
              <w:szCs w:val="24"/>
              <w:lang w:eastAsia="en-GB"/>
              <w14:ligatures w14:val="standardContextual"/>
            </w:rPr>
          </w:pPr>
          <w:hyperlink w:anchor="_Toc236810489" w:history="1">
            <w:r w:rsidRPr="0019697E">
              <w:rPr>
                <w:rStyle w:val="Hyperlink"/>
                <w:rFonts w:cs="Arial"/>
                <w:noProof/>
              </w:rPr>
              <w:t>Appendix A – Job Description and Person Specification</w:t>
            </w:r>
            <w:r>
              <w:rPr>
                <w:noProof/>
                <w:webHidden/>
              </w:rPr>
              <w:tab/>
            </w:r>
            <w:r>
              <w:rPr>
                <w:noProof/>
                <w:webHidden/>
              </w:rPr>
              <w:fldChar w:fldCharType="begin"/>
            </w:r>
            <w:r>
              <w:rPr>
                <w:noProof/>
                <w:webHidden/>
              </w:rPr>
              <w:instrText xml:space="preserve"> PAGEREF _Toc236810489 \h </w:instrText>
            </w:r>
            <w:r>
              <w:rPr>
                <w:noProof/>
                <w:webHidden/>
              </w:rPr>
            </w:r>
            <w:r>
              <w:rPr>
                <w:noProof/>
                <w:webHidden/>
              </w:rPr>
              <w:fldChar w:fldCharType="separate"/>
            </w:r>
            <w:r>
              <w:rPr>
                <w:noProof/>
                <w:webHidden/>
              </w:rPr>
              <w:t>10</w:t>
            </w:r>
            <w:r>
              <w:rPr>
                <w:noProof/>
                <w:webHidden/>
              </w:rPr>
              <w:fldChar w:fldCharType="end"/>
            </w:r>
          </w:hyperlink>
        </w:p>
        <w:p w14:paraId="11831D48" w14:textId="1351CAE7" w:rsidR="00C10C81" w:rsidRPr="00F04D83" w:rsidRDefault="00C10C81" w:rsidP="00FB01CC">
          <w:pPr>
            <w:pStyle w:val="TOC2"/>
            <w:rPr>
              <w:sz w:val="32"/>
              <w:szCs w:val="32"/>
            </w:rPr>
          </w:pPr>
          <w:r w:rsidRPr="00833B16">
            <w:rPr>
              <w:rStyle w:val="Hyperlink"/>
              <w:noProof/>
              <w:color w:val="auto"/>
              <w:u w:val="none"/>
            </w:rPr>
            <w:fldChar w:fldCharType="end"/>
          </w:r>
        </w:p>
      </w:sdtContent>
    </w:sdt>
    <w:p w14:paraId="5539B731" w14:textId="77777777" w:rsidR="00F04D83" w:rsidRDefault="00F04D83" w:rsidP="004C2FB4">
      <w:pPr>
        <w:rPr>
          <w:rFonts w:cs="Arial"/>
          <w:b/>
          <w:color w:val="007CBB"/>
          <w:sz w:val="32"/>
          <w:szCs w:val="32"/>
        </w:rPr>
        <w:sectPr w:rsidR="00F04D83" w:rsidSect="00F24918">
          <w:footerReference w:type="default" r:id="rId21"/>
          <w:pgSz w:w="12240" w:h="15840"/>
          <w:pgMar w:top="1440" w:right="1800" w:bottom="1440" w:left="1800" w:header="720" w:footer="720" w:gutter="0"/>
          <w:pgNumType w:start="1"/>
          <w:cols w:space="720"/>
          <w:docGrid w:linePitch="360"/>
        </w:sectPr>
      </w:pPr>
    </w:p>
    <w:p w14:paraId="01663A27" w14:textId="77777777" w:rsidR="003E2B31" w:rsidRPr="003E2B31" w:rsidRDefault="003E2B31" w:rsidP="004C2FB4">
      <w:pPr>
        <w:rPr>
          <w:rFonts w:cs="Arial"/>
          <w:b/>
          <w:color w:val="007CBB"/>
        </w:rPr>
      </w:pPr>
    </w:p>
    <w:p w14:paraId="6E2BC6BD" w14:textId="78982F94" w:rsidR="0049316D" w:rsidRPr="00700E26" w:rsidRDefault="0049316D" w:rsidP="00511F96">
      <w:pPr>
        <w:pStyle w:val="Heading2"/>
        <w:rPr>
          <w:rFonts w:ascii="Arial" w:hAnsi="Arial" w:cs="Arial"/>
          <w:color w:val="007CBB"/>
          <w:sz w:val="28"/>
          <w:szCs w:val="28"/>
        </w:rPr>
      </w:pPr>
      <w:bookmarkStart w:id="0" w:name="_Toc236810480"/>
      <w:r w:rsidRPr="00700E26">
        <w:rPr>
          <w:rFonts w:ascii="Arial" w:hAnsi="Arial" w:cs="Arial"/>
          <w:color w:val="007CBB"/>
          <w:sz w:val="28"/>
          <w:szCs w:val="28"/>
        </w:rPr>
        <w:t>About the Borough of Sefton</w:t>
      </w:r>
      <w:bookmarkEnd w:id="0"/>
    </w:p>
    <w:p w14:paraId="57D73D5F" w14:textId="77777777" w:rsidR="00511F96" w:rsidRPr="00700E26" w:rsidRDefault="00511F96" w:rsidP="00511F96">
      <w:pPr>
        <w:spacing w:after="0" w:line="240" w:lineRule="auto"/>
      </w:pPr>
    </w:p>
    <w:p w14:paraId="60A6277C" w14:textId="10CD6D5B" w:rsidR="00745BBD" w:rsidRPr="00700E26" w:rsidRDefault="00745BBD" w:rsidP="00745BBD">
      <w:r w:rsidRPr="00700E26">
        <w:t>Sefton is a confident and well</w:t>
      </w:r>
      <w:r w:rsidRPr="00700E26">
        <w:noBreakHyphen/>
        <w:t xml:space="preserve">connected </w:t>
      </w:r>
      <w:r w:rsidR="00FB2749" w:rsidRPr="00700E26">
        <w:t>Borough</w:t>
      </w:r>
      <w:r w:rsidRPr="00700E26">
        <w:t>, stretching from Bootle in the south to the coastal resort of Southport in the north. Home to more than 275,000 residents, Sefton encompasses a range of vibrant towns and communities, including Bootle, Litherland, Seaforth, Crosby, Formby, Maghull and Southport.</w:t>
      </w:r>
    </w:p>
    <w:p w14:paraId="61459BAF" w14:textId="276A74CE" w:rsidR="00745BBD" w:rsidRPr="00700E26" w:rsidRDefault="00745BBD" w:rsidP="00745BBD">
      <w:r w:rsidRPr="00700E26">
        <w:t xml:space="preserve">It is a fantastic place to live and work. </w:t>
      </w:r>
      <w:r w:rsidR="007679B6" w:rsidRPr="00700E26">
        <w:t xml:space="preserve"> </w:t>
      </w:r>
      <w:r w:rsidRPr="00700E26">
        <w:t>As the northern</w:t>
      </w:r>
      <w:r w:rsidRPr="00700E26">
        <w:noBreakHyphen/>
        <w:t xml:space="preserve">most </w:t>
      </w:r>
      <w:r w:rsidR="00FB2749" w:rsidRPr="00700E26">
        <w:t>Borough</w:t>
      </w:r>
      <w:r w:rsidRPr="00700E26">
        <w:t xml:space="preserve"> within the Liverpool City Region, Sefton offers a unique blend of beautiful coastline, countryside, attractive villages, thriving industrial areas and the busy Port of Liverpool.</w:t>
      </w:r>
    </w:p>
    <w:p w14:paraId="46726808" w14:textId="77777777" w:rsidR="00745BBD" w:rsidRPr="00700E26" w:rsidRDefault="00745BBD" w:rsidP="00745BBD">
      <w:r w:rsidRPr="00700E26">
        <w:t xml:space="preserve">With 22 miles of stunning coastline, Sefton is a leading coastal destination with a growing visitor economy. It is home to the iconic Antony Gormley </w:t>
      </w:r>
      <w:r w:rsidRPr="00700E26">
        <w:rPr>
          <w:i/>
          <w:iCs/>
        </w:rPr>
        <w:t>Another Place</w:t>
      </w:r>
      <w:r w:rsidRPr="00700E26">
        <w:t xml:space="preserve"> installation, expansive beaches and protected sand dunes that support several rare species.</w:t>
      </w:r>
    </w:p>
    <w:p w14:paraId="2E0DE47B" w14:textId="370B91D2" w:rsidR="00745BBD" w:rsidRPr="00700E26" w:rsidRDefault="00745BBD" w:rsidP="00745BBD">
      <w:r w:rsidRPr="00700E26">
        <w:t xml:space="preserve">While each town and village has its own distinctive character, it is the people of Sefton who make the </w:t>
      </w:r>
      <w:r w:rsidR="00FB2749" w:rsidRPr="00700E26">
        <w:t>Borough</w:t>
      </w:r>
      <w:r w:rsidRPr="00700E26">
        <w:t xml:space="preserve"> truly special, creating diverse, welcoming and energetic communities in which to live, work, invest and visit.</w:t>
      </w:r>
    </w:p>
    <w:p w14:paraId="660319E6" w14:textId="7C63E923" w:rsidR="00745BBD" w:rsidRPr="00700E26" w:rsidRDefault="00745BBD" w:rsidP="00745BBD">
      <w:r w:rsidRPr="00700E26">
        <w:t>Alongside its miles of golden sands, Sefton offers those who work here access to a world</w:t>
      </w:r>
      <w:r w:rsidRPr="00700E26">
        <w:noBreakHyphen/>
        <w:t>renowned racecourse, prestigious golf courses, and National Trust nature reserves, ideal places to unwind, explore and enjoy leisure time.</w:t>
      </w:r>
    </w:p>
    <w:p w14:paraId="200576E1" w14:textId="004E1D18" w:rsidR="00745BBD" w:rsidRPr="00700E26" w:rsidRDefault="00745BBD" w:rsidP="00745BBD">
      <w:r w:rsidRPr="00700E26">
        <w:t xml:space="preserve">The </w:t>
      </w:r>
      <w:r w:rsidR="00FB2749" w:rsidRPr="00700E26">
        <w:t>Borough</w:t>
      </w:r>
      <w:r w:rsidRPr="00700E26">
        <w:t xml:space="preserve"> benefits from excellent transport links, providing easy access to major </w:t>
      </w:r>
      <w:proofErr w:type="gramStart"/>
      <w:r w:rsidRPr="00700E26">
        <w:t>North West</w:t>
      </w:r>
      <w:proofErr w:type="gramEnd"/>
      <w:r w:rsidRPr="00700E26">
        <w:t xml:space="preserve"> cities including Liverpool and Manchester, and placing the Lake District and North Wales within reach for weekend breaks.</w:t>
      </w:r>
    </w:p>
    <w:p w14:paraId="0CAE65EA" w14:textId="77777777" w:rsidR="00745BBD" w:rsidRPr="00700E26" w:rsidRDefault="00745BBD" w:rsidP="00745BBD">
      <w:r w:rsidRPr="00700E26">
        <w:t>Whether you prefer vibrant town centres, friendly commuter towns, picturesque villages or stunning rural and coastal locations, Sefton offers a place to suit everyone. With house prices and rents typically lower than in neighbouring Liverpool and Manchester, you can enjoy coastal living while still being close to the buzz of city life.</w:t>
      </w:r>
    </w:p>
    <w:p w14:paraId="56800234" w14:textId="77777777" w:rsidR="008A2AD1" w:rsidRPr="00700E26" w:rsidRDefault="008A2AD1" w:rsidP="00D019F3">
      <w:pPr>
        <w:pStyle w:val="Heading2"/>
        <w:rPr>
          <w:rFonts w:ascii="Arial" w:hAnsi="Arial" w:cs="Arial"/>
          <w:color w:val="007CBB"/>
          <w:sz w:val="24"/>
          <w:szCs w:val="24"/>
        </w:rPr>
      </w:pPr>
    </w:p>
    <w:p w14:paraId="0F4ECB12" w14:textId="77777777" w:rsidR="001743EB" w:rsidRPr="00700E26" w:rsidRDefault="001743EB">
      <w:pPr>
        <w:rPr>
          <w:rFonts w:eastAsiaTheme="majorEastAsia" w:cs="Arial"/>
          <w:b/>
          <w:bCs/>
          <w:color w:val="007CBB"/>
          <w:sz w:val="28"/>
          <w:szCs w:val="28"/>
        </w:rPr>
      </w:pPr>
      <w:r w:rsidRPr="00700E26">
        <w:rPr>
          <w:rFonts w:cs="Arial"/>
          <w:color w:val="007CBB"/>
          <w:sz w:val="28"/>
          <w:szCs w:val="28"/>
        </w:rPr>
        <w:br w:type="page"/>
      </w:r>
    </w:p>
    <w:p w14:paraId="250B0304" w14:textId="4F184AC3" w:rsidR="00511F96" w:rsidRPr="00700E26" w:rsidRDefault="00511F96" w:rsidP="00511F96">
      <w:pPr>
        <w:pStyle w:val="Heading2"/>
        <w:rPr>
          <w:rFonts w:ascii="Arial" w:hAnsi="Arial" w:cs="Arial"/>
          <w:color w:val="007CBB"/>
          <w:sz w:val="28"/>
          <w:szCs w:val="28"/>
        </w:rPr>
      </w:pPr>
      <w:bookmarkStart w:id="1" w:name="_Toc236810481"/>
      <w:r w:rsidRPr="00700E26">
        <w:rPr>
          <w:rFonts w:ascii="Arial" w:hAnsi="Arial" w:cs="Arial"/>
          <w:color w:val="007CBB"/>
          <w:sz w:val="28"/>
          <w:szCs w:val="28"/>
        </w:rPr>
        <w:lastRenderedPageBreak/>
        <w:t>Our Vision and Values</w:t>
      </w:r>
      <w:bookmarkEnd w:id="1"/>
    </w:p>
    <w:p w14:paraId="7684CC3E" w14:textId="77777777" w:rsidR="00511F96" w:rsidRPr="00700E26" w:rsidRDefault="00511F96" w:rsidP="00511F96">
      <w:pPr>
        <w:spacing w:after="0" w:line="240" w:lineRule="auto"/>
      </w:pPr>
    </w:p>
    <w:p w14:paraId="6CF07501" w14:textId="44239B56" w:rsidR="007679B6" w:rsidRPr="00700E26" w:rsidRDefault="005116C5" w:rsidP="007679B6">
      <w:r w:rsidRPr="00700E26">
        <w:t>At Sefton Council, our vision is to deliver high-quality services that make a real difference to the lives of our residents, visitors, and communities.</w:t>
      </w:r>
      <w:r w:rsidR="00FB2749" w:rsidRPr="00700E26">
        <w:t xml:space="preserve"> </w:t>
      </w:r>
      <w:r w:rsidRPr="00700E26">
        <w:t xml:space="preserve"> Everything we do is guided by a strong set of values that shape how we work and interact:</w:t>
      </w:r>
    </w:p>
    <w:p w14:paraId="1407193F" w14:textId="3A31E6A7" w:rsidR="007679B6" w:rsidRPr="00700E26" w:rsidRDefault="007679B6" w:rsidP="007679B6">
      <w:pPr>
        <w:ind w:left="720"/>
      </w:pPr>
      <w:r w:rsidRPr="00700E26">
        <w:rPr>
          <w:rFonts w:ascii="Trebuchet MS"/>
          <w:noProof/>
          <w:sz w:val="20"/>
        </w:rPr>
        <mc:AlternateContent>
          <mc:Choice Requires="wpg">
            <w:drawing>
              <wp:inline distT="0" distB="0" distL="0" distR="0" wp14:anchorId="582C1344" wp14:editId="0F34021E">
                <wp:extent cx="5210175" cy="2238375"/>
                <wp:effectExtent l="0" t="0" r="9525" b="9525"/>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10175" cy="2238375"/>
                          <a:chOff x="0" y="0"/>
                          <a:chExt cx="5760085" cy="2343785"/>
                        </a:xfrm>
                      </wpg:grpSpPr>
                      <pic:pic xmlns:pic="http://schemas.openxmlformats.org/drawingml/2006/picture">
                        <pic:nvPicPr>
                          <pic:cNvPr id="59" name="Image 59"/>
                          <pic:cNvPicPr/>
                        </pic:nvPicPr>
                        <pic:blipFill>
                          <a:blip r:embed="rId22" cstate="print"/>
                          <a:stretch>
                            <a:fillRect/>
                          </a:stretch>
                        </pic:blipFill>
                        <pic:spPr>
                          <a:xfrm>
                            <a:off x="31748" y="31737"/>
                            <a:ext cx="5696497" cy="2280107"/>
                          </a:xfrm>
                          <a:prstGeom prst="rect">
                            <a:avLst/>
                          </a:prstGeom>
                        </pic:spPr>
                      </pic:pic>
                      <wps:wsp>
                        <wps:cNvPr id="60" name="Graphic 60"/>
                        <wps:cNvSpPr/>
                        <wps:spPr>
                          <a:xfrm>
                            <a:off x="31750" y="31750"/>
                            <a:ext cx="5696585" cy="2280285"/>
                          </a:xfrm>
                          <a:custGeom>
                            <a:avLst/>
                            <a:gdLst/>
                            <a:ahLst/>
                            <a:cxnLst/>
                            <a:rect l="l" t="t" r="r" b="b"/>
                            <a:pathLst>
                              <a:path w="5696585" h="2280285">
                                <a:moveTo>
                                  <a:pt x="0" y="0"/>
                                </a:moveTo>
                                <a:lnTo>
                                  <a:pt x="0" y="1848104"/>
                                </a:lnTo>
                                <a:lnTo>
                                  <a:pt x="2534" y="1895174"/>
                                </a:lnTo>
                                <a:lnTo>
                                  <a:pt x="9963" y="1940776"/>
                                </a:lnTo>
                                <a:lnTo>
                                  <a:pt x="22023" y="1984646"/>
                                </a:lnTo>
                                <a:lnTo>
                                  <a:pt x="38449" y="2026521"/>
                                </a:lnTo>
                                <a:lnTo>
                                  <a:pt x="58979" y="2066138"/>
                                </a:lnTo>
                                <a:lnTo>
                                  <a:pt x="83349" y="2103232"/>
                                </a:lnTo>
                                <a:lnTo>
                                  <a:pt x="111296" y="2137540"/>
                                </a:lnTo>
                                <a:lnTo>
                                  <a:pt x="142555" y="2168799"/>
                                </a:lnTo>
                                <a:lnTo>
                                  <a:pt x="176865" y="2196745"/>
                                </a:lnTo>
                                <a:lnTo>
                                  <a:pt x="213960" y="2221115"/>
                                </a:lnTo>
                                <a:lnTo>
                                  <a:pt x="253577" y="2241645"/>
                                </a:lnTo>
                                <a:lnTo>
                                  <a:pt x="295454" y="2258071"/>
                                </a:lnTo>
                                <a:lnTo>
                                  <a:pt x="339326" y="2270130"/>
                                </a:lnTo>
                                <a:lnTo>
                                  <a:pt x="384930" y="2277559"/>
                                </a:lnTo>
                                <a:lnTo>
                                  <a:pt x="432003" y="2280094"/>
                                </a:lnTo>
                                <a:lnTo>
                                  <a:pt x="5696496" y="2280094"/>
                                </a:lnTo>
                                <a:lnTo>
                                  <a:pt x="5696496" y="432003"/>
                                </a:lnTo>
                                <a:lnTo>
                                  <a:pt x="5693961" y="384930"/>
                                </a:lnTo>
                                <a:lnTo>
                                  <a:pt x="5686532" y="339326"/>
                                </a:lnTo>
                                <a:lnTo>
                                  <a:pt x="5674472" y="295454"/>
                                </a:lnTo>
                                <a:lnTo>
                                  <a:pt x="5658046" y="253577"/>
                                </a:lnTo>
                                <a:lnTo>
                                  <a:pt x="5637516" y="213960"/>
                                </a:lnTo>
                                <a:lnTo>
                                  <a:pt x="5613147" y="176865"/>
                                </a:lnTo>
                                <a:lnTo>
                                  <a:pt x="5585201" y="142555"/>
                                </a:lnTo>
                                <a:lnTo>
                                  <a:pt x="5553942" y="111296"/>
                                </a:lnTo>
                                <a:lnTo>
                                  <a:pt x="5519633" y="83349"/>
                                </a:lnTo>
                                <a:lnTo>
                                  <a:pt x="5482539" y="58979"/>
                                </a:lnTo>
                                <a:lnTo>
                                  <a:pt x="5442923" y="38449"/>
                                </a:lnTo>
                                <a:lnTo>
                                  <a:pt x="5401048" y="22023"/>
                                </a:lnTo>
                                <a:lnTo>
                                  <a:pt x="5357177" y="9963"/>
                                </a:lnTo>
                                <a:lnTo>
                                  <a:pt x="5311575" y="2534"/>
                                </a:lnTo>
                                <a:lnTo>
                                  <a:pt x="5264505" y="0"/>
                                </a:lnTo>
                                <a:lnTo>
                                  <a:pt x="0" y="0"/>
                                </a:lnTo>
                                <a:close/>
                              </a:path>
                            </a:pathLst>
                          </a:custGeom>
                          <a:ln w="63500">
                            <a:solidFill>
                              <a:srgbClr val="D6E2F3"/>
                            </a:solidFill>
                            <a:prstDash val="solid"/>
                          </a:ln>
                        </wps:spPr>
                        <wps:bodyPr wrap="square" lIns="0" tIns="0" rIns="0" bIns="0" rtlCol="0">
                          <a:prstTxWarp prst="textNoShape">
                            <a:avLst/>
                          </a:prstTxWarp>
                          <a:noAutofit/>
                        </wps:bodyPr>
                      </wps:wsp>
                    </wpg:wgp>
                  </a:graphicData>
                </a:graphic>
              </wp:inline>
            </w:drawing>
          </mc:Choice>
          <mc:Fallback>
            <w:pict>
              <v:group w14:anchorId="72D04741" id="Group 58" o:spid="_x0000_s1026" style="width:410.25pt;height:176.25pt;mso-position-horizontal-relative:char;mso-position-vertical-relative:line" coordsize="57600,23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">
                <v:shape id="Image 59" o:spid="_x0000_s1027" type="#_x0000_t75" style="position:absolute;left:317;top:317;width:56965;height:22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">
                  <v:imagedata r:id="rId23" o:title=""/>
                </v:shape>
                <v:shape id="Graphic 60" o:spid="_x0000_s1028" style="position:absolute;left:317;top:317;width:56966;height:22803;visibility:visible;mso-wrap-style:square;v-text-anchor:top" coordsize="5696585,2280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" path="m,l,1848104r2534,47070l9963,1940776r12060,43870l38449,2026521r20530,39617l83349,2103232r27947,34308l142555,2168799r34310,27946l213960,2221115r39617,20530l295454,2258071r43872,12059l384930,2277559r47073,2535l5696496,2280094r,-1848091l5693961,384930r-7429,-45604l5674472,295454r-16426,-41877l5637516,213960r-24369,-37095l5585201,142555r-31259,-31259l5519633,83349,5482539,58979,5442923,38449,5401048,22023,5357177,9963,5311575,2534,5264505,,,xe" filled="f" strokecolor="#d6e2f3" strokeweight="5pt">
                  <v:path arrowok="t"/>
                </v:shape>
                <w10:anchorlock/>
              </v:group>
            </w:pict>
          </mc:Fallback>
        </mc:AlternateContent>
      </w:r>
    </w:p>
    <w:p w14:paraId="2A8A78D4" w14:textId="60901F21" w:rsidR="005116C5" w:rsidRPr="00700E26" w:rsidRDefault="005116C5" w:rsidP="00BE466B">
      <w:pPr>
        <w:numPr>
          <w:ilvl w:val="0"/>
          <w:numId w:val="16"/>
        </w:numPr>
      </w:pPr>
      <w:r w:rsidRPr="00700E26">
        <w:rPr>
          <w:b/>
          <w:bCs/>
        </w:rPr>
        <w:t>We put people at the heart of what we do</w:t>
      </w:r>
      <w:r w:rsidRPr="00700E26">
        <w:t xml:space="preserve"> </w:t>
      </w:r>
      <w:r w:rsidR="00FB2749" w:rsidRPr="00700E26">
        <w:t>–</w:t>
      </w:r>
      <w:r w:rsidRPr="00700E26">
        <w:t xml:space="preserve"> ensuring our services are responsive, inclusive, and focused on improving lives.</w:t>
      </w:r>
    </w:p>
    <w:p w14:paraId="1D4A15E3" w14:textId="2EE40FE7" w:rsidR="005116C5" w:rsidRPr="00700E26" w:rsidRDefault="005116C5" w:rsidP="00BE466B">
      <w:pPr>
        <w:numPr>
          <w:ilvl w:val="0"/>
          <w:numId w:val="16"/>
        </w:numPr>
      </w:pPr>
      <w:r w:rsidRPr="00700E26">
        <w:rPr>
          <w:b/>
          <w:bCs/>
        </w:rPr>
        <w:t>We listen, value, and respect each other’s views</w:t>
      </w:r>
      <w:r w:rsidRPr="00700E26">
        <w:t xml:space="preserve"> </w:t>
      </w:r>
      <w:r w:rsidR="00FB2749" w:rsidRPr="00700E26">
        <w:t>–</w:t>
      </w:r>
      <w:r w:rsidRPr="00700E26">
        <w:t xml:space="preserve"> fostering a culture of collaboration and mutual respect.</w:t>
      </w:r>
    </w:p>
    <w:p w14:paraId="3E367A22" w14:textId="0CD688BA" w:rsidR="005116C5" w:rsidRPr="00700E26" w:rsidRDefault="005116C5" w:rsidP="00BE466B">
      <w:pPr>
        <w:numPr>
          <w:ilvl w:val="0"/>
          <w:numId w:val="16"/>
        </w:numPr>
      </w:pPr>
      <w:r w:rsidRPr="00700E26">
        <w:rPr>
          <w:b/>
          <w:bCs/>
        </w:rPr>
        <w:t>We develop a culture of challenge, ownership, innovation, and improvement</w:t>
      </w:r>
      <w:r w:rsidRPr="00700E26">
        <w:t xml:space="preserve"> </w:t>
      </w:r>
      <w:r w:rsidR="00FB2749" w:rsidRPr="00700E26">
        <w:t>–</w:t>
      </w:r>
      <w:r w:rsidRPr="00700E26">
        <w:t xml:space="preserve"> encouraging creativity and continuous development.</w:t>
      </w:r>
    </w:p>
    <w:p w14:paraId="4AF84DEE" w14:textId="2831CEFE" w:rsidR="005116C5" w:rsidRPr="00700E26" w:rsidRDefault="005116C5" w:rsidP="00BE466B">
      <w:pPr>
        <w:numPr>
          <w:ilvl w:val="0"/>
          <w:numId w:val="16"/>
        </w:numPr>
      </w:pPr>
      <w:r w:rsidRPr="00700E26">
        <w:rPr>
          <w:b/>
          <w:bCs/>
        </w:rPr>
        <w:t>We are ambassadors for Sefton</w:t>
      </w:r>
      <w:r w:rsidRPr="00700E26">
        <w:t xml:space="preserve"> </w:t>
      </w:r>
      <w:r w:rsidR="00FB2749" w:rsidRPr="00700E26">
        <w:t>–</w:t>
      </w:r>
      <w:r w:rsidRPr="00700E26">
        <w:t xml:space="preserve"> promoting the </w:t>
      </w:r>
      <w:r w:rsidR="00FB2749" w:rsidRPr="00700E26">
        <w:t>Borough</w:t>
      </w:r>
      <w:r w:rsidRPr="00700E26">
        <w:t xml:space="preserve"> positively and proudly representing our communities.</w:t>
      </w:r>
    </w:p>
    <w:p w14:paraId="32D28CA9" w14:textId="04099CC7" w:rsidR="005116C5" w:rsidRPr="00700E26" w:rsidRDefault="005116C5" w:rsidP="00BE466B">
      <w:pPr>
        <w:numPr>
          <w:ilvl w:val="0"/>
          <w:numId w:val="16"/>
        </w:numPr>
      </w:pPr>
      <w:r w:rsidRPr="00700E26">
        <w:rPr>
          <w:b/>
          <w:bCs/>
        </w:rPr>
        <w:t>We are responsive and efficient</w:t>
      </w:r>
      <w:r w:rsidRPr="00700E26">
        <w:t xml:space="preserve"> </w:t>
      </w:r>
      <w:r w:rsidR="00FB2749" w:rsidRPr="00700E26">
        <w:t>–</w:t>
      </w:r>
      <w:r w:rsidRPr="00700E26">
        <w:t xml:space="preserve"> delivering services that are timely, effective, and customer-focused.</w:t>
      </w:r>
    </w:p>
    <w:p w14:paraId="526B0A22" w14:textId="0A9DA0E0" w:rsidR="005116C5" w:rsidRPr="00700E26" w:rsidRDefault="005116C5" w:rsidP="00BE466B">
      <w:pPr>
        <w:numPr>
          <w:ilvl w:val="0"/>
          <w:numId w:val="16"/>
        </w:numPr>
      </w:pPr>
      <w:r w:rsidRPr="00700E26">
        <w:rPr>
          <w:b/>
          <w:bCs/>
        </w:rPr>
        <w:t>We are clear about what we can and cannot do</w:t>
      </w:r>
      <w:r w:rsidRPr="00700E26">
        <w:t xml:space="preserve"> </w:t>
      </w:r>
      <w:r w:rsidR="00FB2749" w:rsidRPr="00700E26">
        <w:t>–</w:t>
      </w:r>
      <w:r w:rsidRPr="00700E26">
        <w:t xml:space="preserve"> being transparent and honest in all our communications and actions.</w:t>
      </w:r>
    </w:p>
    <w:p w14:paraId="4A119E78" w14:textId="7EFD1B52" w:rsidR="00511F96" w:rsidRPr="00700E26" w:rsidRDefault="005116C5" w:rsidP="00511F96">
      <w:r w:rsidRPr="00700E26">
        <w:t>These values underpin our commitment to excellence, inclusivity, and innovation, ensuring that Sefton remains a great place to live, work, and visit.</w:t>
      </w:r>
    </w:p>
    <w:p w14:paraId="0D58AC3A" w14:textId="4E77BF60" w:rsidR="00367D28" w:rsidRPr="00700E26" w:rsidRDefault="00367D28" w:rsidP="00D019F3">
      <w:pPr>
        <w:pStyle w:val="Heading2"/>
        <w:rPr>
          <w:rFonts w:ascii="Arial" w:hAnsi="Arial" w:cs="Arial"/>
          <w:color w:val="007CBB"/>
          <w:sz w:val="28"/>
          <w:szCs w:val="28"/>
        </w:rPr>
      </w:pPr>
      <w:bookmarkStart w:id="2" w:name="_Toc236810482"/>
      <w:r w:rsidRPr="00700E26">
        <w:rPr>
          <w:rFonts w:ascii="Arial" w:hAnsi="Arial" w:cs="Arial"/>
          <w:color w:val="007CBB"/>
          <w:sz w:val="28"/>
          <w:szCs w:val="28"/>
        </w:rPr>
        <w:t>Our Successes and Key Projects</w:t>
      </w:r>
      <w:bookmarkEnd w:id="2"/>
    </w:p>
    <w:p w14:paraId="2090DA4D" w14:textId="77777777" w:rsidR="00511F96" w:rsidRPr="00700E26" w:rsidRDefault="00511F96" w:rsidP="00511F96">
      <w:pPr>
        <w:spacing w:after="0" w:line="240" w:lineRule="auto"/>
      </w:pPr>
    </w:p>
    <w:p w14:paraId="1DD3EF76" w14:textId="7077D406" w:rsidR="00367D28" w:rsidRPr="00700E26" w:rsidRDefault="00367D28" w:rsidP="00683667">
      <w:pPr>
        <w:spacing w:after="0"/>
      </w:pPr>
      <w:r w:rsidRPr="00700E26">
        <w:t xml:space="preserve">Sefton Council is proud of its recent achievements and ongoing commitment to delivering high-quality services. </w:t>
      </w:r>
      <w:r w:rsidR="00FB2749" w:rsidRPr="00700E26">
        <w:t xml:space="preserve"> </w:t>
      </w:r>
      <w:r w:rsidRPr="00700E26">
        <w:t xml:space="preserve">Our Adult Social Care services were recently graded </w:t>
      </w:r>
      <w:r w:rsidRPr="00700E26">
        <w:lastRenderedPageBreak/>
        <w:t xml:space="preserve">Good by the Care Quality Commission (CQC), and our Children’s Services also achieved a </w:t>
      </w:r>
      <w:proofErr w:type="gramStart"/>
      <w:r w:rsidRPr="00700E26">
        <w:t>Good</w:t>
      </w:r>
      <w:proofErr w:type="gramEnd"/>
      <w:r w:rsidRPr="00700E26">
        <w:t xml:space="preserve"> rating from Ofsted. </w:t>
      </w:r>
      <w:r w:rsidR="00FB2749" w:rsidRPr="00700E26">
        <w:t xml:space="preserve"> </w:t>
      </w:r>
      <w:r w:rsidRPr="00700E26">
        <w:t>These successes reflect the dedication and professionalism of our teams and our focus on continuous improvement.</w:t>
      </w:r>
    </w:p>
    <w:p w14:paraId="1AB77641" w14:textId="77777777" w:rsidR="00FB67D6" w:rsidRPr="00700E26" w:rsidRDefault="00FB67D6" w:rsidP="00683667">
      <w:pPr>
        <w:spacing w:after="0"/>
      </w:pPr>
    </w:p>
    <w:p w14:paraId="71166112" w14:textId="5C138548" w:rsidR="00FB2749" w:rsidRPr="00700E26" w:rsidRDefault="00FB67D6" w:rsidP="00402A02">
      <w:r w:rsidRPr="00700E26">
        <w:t>More recently, we are exceptionally proud to have been nominated and subsequently shortlisted by the Local Government Chronicle for the Most Improved Council 2026.  These successes reflect the dedication and professionalism of our teams and our focus on continuous improvement and our desire to make a difference across the communities within the Borough of Sefton.</w:t>
      </w:r>
    </w:p>
    <w:p w14:paraId="669632CB" w14:textId="7466B31C" w:rsidR="00367D28" w:rsidRPr="00700E26" w:rsidRDefault="00367D28" w:rsidP="00683667">
      <w:pPr>
        <w:spacing w:after="0"/>
      </w:pPr>
      <w:r w:rsidRPr="00700E26">
        <w:t xml:space="preserve">Alongside these achievements, Sefton Council is actively delivering a range of major capital projects that will transform the </w:t>
      </w:r>
      <w:r w:rsidR="00FB2749" w:rsidRPr="00700E26">
        <w:t>Borough</w:t>
      </w:r>
      <w:r w:rsidRPr="00700E26">
        <w:t xml:space="preserve"> and stimulate economic growth.</w:t>
      </w:r>
      <w:r w:rsidR="00FB2749" w:rsidRPr="00700E26">
        <w:t xml:space="preserve"> </w:t>
      </w:r>
      <w:r w:rsidRPr="00700E26">
        <w:t xml:space="preserve"> These include the Marine Lake Events Centre in Southport, the Strand Shopping Centre redevelopment in Bootle, and exciting developments such as the Cove Resort and Enterprise Arcade in Southport. </w:t>
      </w:r>
      <w:r w:rsidR="00FB2749" w:rsidRPr="00700E26">
        <w:t xml:space="preserve"> </w:t>
      </w:r>
      <w:r w:rsidRPr="00700E26">
        <w:t>We are also proud to support cultural and community initiatives like Salt and Tar, Bootle’s vibrant events space, which hosts live music, comedy, and family-friendly activities, bringing people together and boosting the local economy.</w:t>
      </w:r>
    </w:p>
    <w:p w14:paraId="2D97998A" w14:textId="77777777" w:rsidR="00683667" w:rsidRPr="00700E26" w:rsidRDefault="00683667" w:rsidP="00683667">
      <w:pPr>
        <w:spacing w:after="0"/>
      </w:pPr>
    </w:p>
    <w:p w14:paraId="2B27870A" w14:textId="22F223B9" w:rsidR="00367D28" w:rsidRPr="00700E26" w:rsidRDefault="00367D28" w:rsidP="00367D28">
      <w:r w:rsidRPr="00700E26">
        <w:t xml:space="preserve">These projects form part of our strategic investment programme to attract private sector-led development and create vibrant spaces for residents and visitors. </w:t>
      </w:r>
      <w:r w:rsidR="00FB2749" w:rsidRPr="00700E26">
        <w:t xml:space="preserve"> </w:t>
      </w:r>
      <w:r w:rsidRPr="00700E26">
        <w:t>We work closely with local communities to ensure these projects reflect their needs and foster a sense of ownership and pride.</w:t>
      </w:r>
    </w:p>
    <w:p w14:paraId="267456B0" w14:textId="77777777" w:rsidR="00367D28" w:rsidRPr="00700E26" w:rsidRDefault="00367D28" w:rsidP="00367D28">
      <w:r w:rsidRPr="00700E26">
        <w:t xml:space="preserve">For more information on these projects and to stay updated on progress, visit the Sefton Council website at </w:t>
      </w:r>
      <w:hyperlink r:id="rId24" w:history="1">
        <w:r w:rsidRPr="00700E26">
          <w:rPr>
            <w:rStyle w:val="Hyperlink"/>
          </w:rPr>
          <w:t>www.sefton.gov.uk</w:t>
        </w:r>
      </w:hyperlink>
      <w:r w:rsidRPr="00700E26">
        <w:t xml:space="preserve"> </w:t>
      </w:r>
    </w:p>
    <w:p w14:paraId="366F8038" w14:textId="3B38F9E5" w:rsidR="00454E02" w:rsidRPr="00700E26" w:rsidRDefault="00565B5D" w:rsidP="00511F96">
      <w:pPr>
        <w:pStyle w:val="Heading2"/>
        <w:rPr>
          <w:rFonts w:ascii="Arial" w:hAnsi="Arial" w:cs="Arial"/>
          <w:color w:val="007CBB"/>
          <w:sz w:val="28"/>
          <w:szCs w:val="28"/>
        </w:rPr>
      </w:pPr>
      <w:bookmarkStart w:id="3" w:name="_Toc236810483"/>
      <w:r w:rsidRPr="00700E26">
        <w:rPr>
          <w:rFonts w:ascii="Arial" w:hAnsi="Arial" w:cs="Arial"/>
          <w:color w:val="007CBB"/>
          <w:sz w:val="28"/>
          <w:szCs w:val="28"/>
        </w:rPr>
        <w:t>An Inclusive Workplace</w:t>
      </w:r>
      <w:bookmarkEnd w:id="3"/>
    </w:p>
    <w:p w14:paraId="3332C0B7" w14:textId="77777777" w:rsidR="00511F96" w:rsidRPr="00700E26" w:rsidRDefault="00511F96" w:rsidP="00511F96">
      <w:pPr>
        <w:spacing w:after="0" w:line="240" w:lineRule="auto"/>
      </w:pPr>
    </w:p>
    <w:p w14:paraId="09BFB993" w14:textId="38DDF792" w:rsidR="009F37BF" w:rsidRPr="00700E26" w:rsidRDefault="009F37BF" w:rsidP="00683667">
      <w:pPr>
        <w:spacing w:after="0"/>
        <w:rPr>
          <w:rFonts w:eastAsia="Times New Roman" w:cs="Arial"/>
          <w:lang w:eastAsia="en-GB"/>
        </w:rPr>
      </w:pPr>
      <w:r w:rsidRPr="00700E26">
        <w:rPr>
          <w:rFonts w:eastAsia="Times New Roman" w:cs="Arial"/>
          <w:lang w:eastAsia="en-GB"/>
        </w:rPr>
        <w:t xml:space="preserve">We are committed to fostering an inclusive Council that reflects the diverse communities we serve. </w:t>
      </w:r>
      <w:r w:rsidR="00FB2749" w:rsidRPr="00700E26">
        <w:rPr>
          <w:rFonts w:eastAsia="Times New Roman" w:cs="Arial"/>
          <w:lang w:eastAsia="en-GB"/>
        </w:rPr>
        <w:t xml:space="preserve"> </w:t>
      </w:r>
      <w:r w:rsidRPr="00700E26">
        <w:rPr>
          <w:rFonts w:eastAsia="Times New Roman" w:cs="Arial"/>
          <w:lang w:eastAsia="en-GB"/>
        </w:rPr>
        <w:t>Our workforce brings a wide range of experiences and perspectives, and we value an environment where everyone feels respected, supported, and able to reach their full potential.</w:t>
      </w:r>
    </w:p>
    <w:p w14:paraId="42793982" w14:textId="77777777" w:rsidR="00683667" w:rsidRPr="00700E26" w:rsidRDefault="00683667" w:rsidP="00683667">
      <w:pPr>
        <w:spacing w:after="0"/>
        <w:rPr>
          <w:rFonts w:eastAsia="Times New Roman" w:cs="Arial"/>
          <w:lang w:eastAsia="en-GB"/>
        </w:rPr>
      </w:pPr>
    </w:p>
    <w:p w14:paraId="090B95BC" w14:textId="73494AA3" w:rsidR="00CB1FFD" w:rsidRPr="00700E26" w:rsidRDefault="009F37BF" w:rsidP="009F37BF">
      <w:pPr>
        <w:rPr>
          <w:rFonts w:eastAsia="Times New Roman" w:cs="Arial"/>
          <w:lang w:eastAsia="en-GB"/>
        </w:rPr>
      </w:pPr>
      <w:r w:rsidRPr="00700E26">
        <w:rPr>
          <w:rFonts w:eastAsia="Times New Roman" w:cs="Arial"/>
          <w:lang w:eastAsia="en-GB"/>
        </w:rPr>
        <w:t xml:space="preserve">Sefton is proud to be the first local authority in the Liverpool City Region to achieve </w:t>
      </w:r>
      <w:r w:rsidRPr="00700E26">
        <w:rPr>
          <w:rFonts w:eastAsia="Times New Roman" w:cs="Arial"/>
          <w:b/>
          <w:bCs/>
          <w:lang w:eastAsia="en-GB"/>
        </w:rPr>
        <w:t>Navajo</w:t>
      </w:r>
      <w:r w:rsidRPr="00700E26">
        <w:rPr>
          <w:rFonts w:eastAsia="Times New Roman" w:cs="Arial"/>
          <w:lang w:eastAsia="en-GB"/>
        </w:rPr>
        <w:t xml:space="preserve"> accreditation, recognising our commitment to LGBTQ+ inclusion. </w:t>
      </w:r>
      <w:r w:rsidR="00FB2749" w:rsidRPr="00700E26">
        <w:rPr>
          <w:rFonts w:eastAsia="Times New Roman" w:cs="Arial"/>
          <w:lang w:eastAsia="en-GB"/>
        </w:rPr>
        <w:t xml:space="preserve"> </w:t>
      </w:r>
      <w:r w:rsidRPr="00700E26">
        <w:rPr>
          <w:rFonts w:eastAsia="Times New Roman" w:cs="Arial"/>
          <w:lang w:eastAsia="en-GB"/>
        </w:rPr>
        <w:t>We are also a Disability Confident employer and continue to build a workforce that represents our communities.</w:t>
      </w:r>
    </w:p>
    <w:p w14:paraId="4FA20170" w14:textId="39071CCA" w:rsidR="00A91189" w:rsidRPr="00700E26" w:rsidRDefault="009F37BF" w:rsidP="009725F0">
      <w:pPr>
        <w:spacing w:after="0"/>
        <w:rPr>
          <w:rFonts w:eastAsia="Times New Roman" w:cs="Arial"/>
          <w:lang w:eastAsia="en-GB"/>
        </w:rPr>
      </w:pPr>
      <w:r w:rsidRPr="00700E26">
        <w:rPr>
          <w:rFonts w:eastAsia="Times New Roman" w:cs="Arial"/>
          <w:lang w:eastAsia="en-GB"/>
        </w:rPr>
        <w:t>We support several staff networks, including groups for Black and Ethnically Diverse colleagues, LGBTQ+ staff, women, disabled employees, and a Christian Workplace Group.</w:t>
      </w:r>
    </w:p>
    <w:p w14:paraId="32F8FF95" w14:textId="77777777" w:rsidR="009725F0" w:rsidRPr="00C41AA7" w:rsidRDefault="009725F0" w:rsidP="009725F0">
      <w:pPr>
        <w:spacing w:after="0"/>
        <w:rPr>
          <w:rFonts w:eastAsia="Times New Roman" w:cs="Arial"/>
          <w:highlight w:val="green"/>
          <w:lang w:eastAsia="en-GB"/>
        </w:rPr>
      </w:pPr>
    </w:p>
    <w:p w14:paraId="75F0FBED" w14:textId="1DFF9355" w:rsidR="00E4473C" w:rsidRDefault="009F37BF" w:rsidP="00C77845">
      <w:pPr>
        <w:spacing w:after="0"/>
        <w:rPr>
          <w:rFonts w:eastAsia="Times New Roman" w:cs="Arial"/>
          <w:lang w:eastAsia="en-GB"/>
        </w:rPr>
      </w:pPr>
      <w:r w:rsidRPr="00700E26">
        <w:rPr>
          <w:rFonts w:eastAsia="Times New Roman" w:cs="Arial"/>
          <w:lang w:eastAsia="en-GB"/>
        </w:rPr>
        <w:lastRenderedPageBreak/>
        <w:t xml:space="preserve">As an Equal Opportunities Employer, we base recruitment solely on skills, experience, and suitability for the role. </w:t>
      </w:r>
      <w:r w:rsidR="00C7120F" w:rsidRPr="00700E26">
        <w:rPr>
          <w:rFonts w:eastAsia="Times New Roman" w:cs="Arial"/>
          <w:lang w:eastAsia="en-GB"/>
        </w:rPr>
        <w:t xml:space="preserve"> </w:t>
      </w:r>
      <w:r w:rsidRPr="00700E26">
        <w:rPr>
          <w:rFonts w:eastAsia="Times New Roman" w:cs="Arial"/>
          <w:lang w:eastAsia="en-GB"/>
        </w:rPr>
        <w:t>All applicants are treated fairly, and we have also recognised ‘care experienced’ as a protected characteristic within Sefton.</w:t>
      </w:r>
    </w:p>
    <w:p w14:paraId="237FF75D" w14:textId="77777777" w:rsidR="00C77845" w:rsidRPr="00700E26" w:rsidRDefault="00C77845" w:rsidP="00C77845">
      <w:pPr>
        <w:spacing w:after="0"/>
        <w:rPr>
          <w:rFonts w:eastAsia="Times New Roman" w:cs="Arial"/>
          <w:lang w:eastAsia="en-GB"/>
        </w:rPr>
      </w:pPr>
    </w:p>
    <w:p w14:paraId="75C53BB4" w14:textId="3A457AEE" w:rsidR="009F37BF" w:rsidRPr="00700E26" w:rsidRDefault="00C7120F" w:rsidP="00496E8A">
      <w:pPr>
        <w:spacing w:after="0"/>
        <w:rPr>
          <w:rFonts w:eastAsia="Times New Roman" w:cs="Arial"/>
          <w:lang w:eastAsia="en-GB"/>
        </w:rPr>
      </w:pPr>
      <w:r w:rsidRPr="00700E26">
        <w:rPr>
          <w:rFonts w:eastAsia="Times New Roman" w:cs="Arial"/>
          <w:lang w:eastAsia="en-GB"/>
        </w:rPr>
        <w:t xml:space="preserve">For more information, please refer to our </w:t>
      </w:r>
      <w:hyperlink r:id="rId25" w:history="1">
        <w:r w:rsidRPr="00700E26">
          <w:rPr>
            <w:rStyle w:val="Hyperlink"/>
            <w:rFonts w:eastAsia="Times New Roman" w:cs="Arial"/>
            <w:lang w:eastAsia="en-GB"/>
          </w:rPr>
          <w:t>Equality, Diversity and Inclusion Strategy</w:t>
        </w:r>
      </w:hyperlink>
    </w:p>
    <w:p w14:paraId="4250A9BD" w14:textId="77777777" w:rsidR="00511F96" w:rsidRPr="00700E26" w:rsidRDefault="00511F96" w:rsidP="00511F96">
      <w:pPr>
        <w:spacing w:after="0" w:line="240" w:lineRule="auto"/>
        <w:rPr>
          <w:rFonts w:eastAsia="Times New Roman" w:cs="Arial"/>
          <w:lang w:eastAsia="en-GB"/>
        </w:rPr>
      </w:pPr>
    </w:p>
    <w:p w14:paraId="42A3CDA1" w14:textId="58A78FDC" w:rsidR="00511F96" w:rsidRPr="00700E26" w:rsidRDefault="00C16F45" w:rsidP="00511F96">
      <w:pPr>
        <w:pStyle w:val="Heading2"/>
        <w:rPr>
          <w:rFonts w:ascii="Arial" w:hAnsi="Arial" w:cs="Arial"/>
          <w:color w:val="007CBB"/>
          <w:sz w:val="28"/>
          <w:szCs w:val="28"/>
        </w:rPr>
      </w:pPr>
      <w:bookmarkStart w:id="4" w:name="_Toc236810484"/>
      <w:r w:rsidRPr="00700E26">
        <w:rPr>
          <w:rFonts w:ascii="Arial" w:hAnsi="Arial" w:cs="Arial"/>
          <w:color w:val="007CBB"/>
          <w:sz w:val="28"/>
          <w:szCs w:val="28"/>
        </w:rPr>
        <w:t>Liverpool City Region Fair Employment Charter</w:t>
      </w:r>
      <w:bookmarkEnd w:id="4"/>
    </w:p>
    <w:p w14:paraId="1657A6EA" w14:textId="77777777" w:rsidR="00511F96" w:rsidRPr="00700E26" w:rsidRDefault="00511F96" w:rsidP="00511F96">
      <w:pPr>
        <w:spacing w:after="0" w:line="240" w:lineRule="auto"/>
        <w:rPr>
          <w:bCs/>
        </w:rPr>
      </w:pPr>
    </w:p>
    <w:p w14:paraId="08E8C97B" w14:textId="092BC4B6" w:rsidR="004E55FD" w:rsidRPr="00700E26" w:rsidRDefault="00697B51" w:rsidP="00511F96">
      <w:pPr>
        <w:rPr>
          <w:bCs/>
        </w:rPr>
      </w:pPr>
      <w:r w:rsidRPr="00700E26">
        <w:rPr>
          <w:rFonts w:cs="Arial"/>
          <w:noProof/>
          <w:color w:val="007CBB"/>
          <w:sz w:val="32"/>
          <w:szCs w:val="32"/>
        </w:rPr>
        <w:drawing>
          <wp:anchor distT="0" distB="0" distL="114300" distR="114300" simplePos="0" relativeHeight="251658263" behindDoc="0" locked="0" layoutInCell="1" allowOverlap="1" wp14:anchorId="3A78E4F5" wp14:editId="27A3C85D">
            <wp:simplePos x="0" y="0"/>
            <wp:positionH relativeFrom="margin">
              <wp:posOffset>9525</wp:posOffset>
            </wp:positionH>
            <wp:positionV relativeFrom="paragraph">
              <wp:posOffset>127635</wp:posOffset>
            </wp:positionV>
            <wp:extent cx="1453515" cy="975995"/>
            <wp:effectExtent l="0" t="0" r="0" b="0"/>
            <wp:wrapSquare wrapText="bothSides"/>
            <wp:docPr id="484826292" name="Picture 1" descr="Liverpool Fair Employment Char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verpool Fair Employment Charter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53515" cy="975995"/>
                    </a:xfrm>
                    <a:prstGeom prst="rect">
                      <a:avLst/>
                    </a:prstGeom>
                    <a:noFill/>
                    <a:ln>
                      <a:noFill/>
                    </a:ln>
                  </pic:spPr>
                </pic:pic>
              </a:graphicData>
            </a:graphic>
            <wp14:sizeRelH relativeFrom="page">
              <wp14:pctWidth>0</wp14:pctWidth>
            </wp14:sizeRelH>
            <wp14:sizeRelV relativeFrom="page">
              <wp14:pctHeight>0</wp14:pctHeight>
            </wp14:sizeRelV>
          </wp:anchor>
        </w:drawing>
      </w:r>
      <w:r w:rsidR="00C16F45" w:rsidRPr="00700E26">
        <w:rPr>
          <w:bCs/>
        </w:rPr>
        <w:t xml:space="preserve">Sefton Council is proud to support the Liverpool City Region Combined Authority Fair Employment Charter, an initiative that promotes fair, healthy, inclusive, and just workplaces across the region. </w:t>
      </w:r>
      <w:r w:rsidR="00C7120F" w:rsidRPr="00700E26">
        <w:rPr>
          <w:bCs/>
        </w:rPr>
        <w:t xml:space="preserve"> </w:t>
      </w:r>
      <w:r w:rsidR="00C16F45" w:rsidRPr="00700E26">
        <w:rPr>
          <w:bCs/>
        </w:rPr>
        <w:t xml:space="preserve">The Charter celebrates good employers and encourages the highest standards in employment practice, including fair pay, secure work, opportunities for progression, strong employee voice, and a commitment to staff wellbeing. </w:t>
      </w:r>
      <w:r w:rsidR="00C7120F" w:rsidRPr="00700E26">
        <w:rPr>
          <w:bCs/>
        </w:rPr>
        <w:t xml:space="preserve"> </w:t>
      </w:r>
      <w:r w:rsidR="00C16F45" w:rsidRPr="00700E26">
        <w:rPr>
          <w:bCs/>
        </w:rPr>
        <w:t>By aligning with the Charter, we demonstrate our dedication to providing a fair day’s pay for a fair day’s work and to fostering an equitable and supportive working environment for all colleagues.</w:t>
      </w:r>
    </w:p>
    <w:p w14:paraId="07B23CEF" w14:textId="4B47D7BD" w:rsidR="00187F29" w:rsidRPr="00700E26" w:rsidRDefault="00FA1CF6" w:rsidP="00511F96">
      <w:pPr>
        <w:pStyle w:val="Heading2"/>
        <w:spacing w:before="0" w:line="240" w:lineRule="auto"/>
        <w:rPr>
          <w:rFonts w:ascii="Arial" w:hAnsi="Arial" w:cs="Arial"/>
          <w:color w:val="007CBB"/>
          <w:sz w:val="28"/>
          <w:szCs w:val="28"/>
        </w:rPr>
      </w:pPr>
      <w:bookmarkStart w:id="5" w:name="_Toc236810485"/>
      <w:r w:rsidRPr="00700E26">
        <w:rPr>
          <w:rFonts w:ascii="Arial" w:hAnsi="Arial" w:cs="Arial"/>
          <w:color w:val="007CBB"/>
          <w:sz w:val="28"/>
          <w:szCs w:val="28"/>
        </w:rPr>
        <w:t>What We Can Offer You</w:t>
      </w:r>
      <w:bookmarkEnd w:id="5"/>
    </w:p>
    <w:p w14:paraId="293F5468" w14:textId="77777777" w:rsidR="00511F96" w:rsidRPr="00700E26" w:rsidRDefault="00511F96" w:rsidP="00511F96">
      <w:pPr>
        <w:spacing w:after="0" w:line="240" w:lineRule="auto"/>
      </w:pPr>
    </w:p>
    <w:p w14:paraId="514F9940" w14:textId="5632B9DD" w:rsidR="00547C3F" w:rsidRPr="00700E26" w:rsidRDefault="00547C3F" w:rsidP="00187F29">
      <w:pPr>
        <w:numPr>
          <w:ilvl w:val="0"/>
          <w:numId w:val="15"/>
        </w:numPr>
        <w:spacing w:after="0" w:line="240" w:lineRule="auto"/>
      </w:pPr>
      <w:r w:rsidRPr="00700E26">
        <w:t>A supportive and collaborative working environment</w:t>
      </w:r>
      <w:r w:rsidR="0035256F" w:rsidRPr="00700E26">
        <w:t>.</w:t>
      </w:r>
    </w:p>
    <w:p w14:paraId="71D56C25" w14:textId="571624B0" w:rsidR="00F97F83" w:rsidRPr="00700E26" w:rsidRDefault="00F97F83" w:rsidP="00BE466B">
      <w:pPr>
        <w:numPr>
          <w:ilvl w:val="0"/>
          <w:numId w:val="15"/>
        </w:numPr>
      </w:pPr>
      <w:r w:rsidRPr="00700E26">
        <w:t>An agile approach to working.</w:t>
      </w:r>
    </w:p>
    <w:p w14:paraId="3C859B9B" w14:textId="05F0FD36" w:rsidR="00AE37D0" w:rsidRPr="00700E26" w:rsidRDefault="00547C3F" w:rsidP="00C55123">
      <w:pPr>
        <w:numPr>
          <w:ilvl w:val="0"/>
          <w:numId w:val="15"/>
        </w:numPr>
      </w:pPr>
      <w:r w:rsidRPr="00700E26">
        <w:t>Opportunities for professional development and career progression</w:t>
      </w:r>
      <w:r w:rsidR="0035256F" w:rsidRPr="00700E26">
        <w:t>.</w:t>
      </w:r>
    </w:p>
    <w:p w14:paraId="0A1B0A67" w14:textId="552D0E2C" w:rsidR="00547C3F" w:rsidRPr="00700E26" w:rsidRDefault="00547C3F" w:rsidP="00BE466B">
      <w:pPr>
        <w:numPr>
          <w:ilvl w:val="0"/>
          <w:numId w:val="15"/>
        </w:numPr>
      </w:pPr>
      <w:r w:rsidRPr="00700E26">
        <w:t>A role where your work makes a real difference across the organisation</w:t>
      </w:r>
      <w:r w:rsidR="0035256F" w:rsidRPr="00700E26">
        <w:t>.</w:t>
      </w:r>
    </w:p>
    <w:p w14:paraId="4A6AB78E" w14:textId="62F96920" w:rsidR="00547C3F" w:rsidRPr="00700E26" w:rsidRDefault="00547C3F" w:rsidP="00BE466B">
      <w:pPr>
        <w:numPr>
          <w:ilvl w:val="0"/>
          <w:numId w:val="15"/>
        </w:numPr>
      </w:pPr>
      <w:r w:rsidRPr="00700E26">
        <w:t>Flexible working arrangements supporting work</w:t>
      </w:r>
      <w:r w:rsidR="00571B76" w:rsidRPr="00700E26">
        <w:t>-</w:t>
      </w:r>
      <w:r w:rsidRPr="00700E26">
        <w:t>life balance</w:t>
      </w:r>
      <w:r w:rsidR="0035256F" w:rsidRPr="00700E26">
        <w:t>.</w:t>
      </w:r>
    </w:p>
    <w:p w14:paraId="5FB8FFD2" w14:textId="3ABAA331" w:rsidR="00547C3F" w:rsidRPr="00700E26" w:rsidRDefault="00547C3F" w:rsidP="00BE466B">
      <w:pPr>
        <w:numPr>
          <w:ilvl w:val="0"/>
          <w:numId w:val="15"/>
        </w:numPr>
      </w:pPr>
      <w:r w:rsidRPr="00700E26">
        <w:t>A strong commitment to equality, diversity, and inclusion</w:t>
      </w:r>
      <w:r w:rsidR="0035256F" w:rsidRPr="00700E26">
        <w:t>.</w:t>
      </w:r>
    </w:p>
    <w:p w14:paraId="1C1AD13F" w14:textId="7060A410" w:rsidR="00FA1CF6" w:rsidRPr="00700E26" w:rsidRDefault="00547C3F" w:rsidP="00FA1CF6">
      <w:r w:rsidRPr="00700E26">
        <w:t>Y</w:t>
      </w:r>
      <w:r w:rsidR="00FA1CF6" w:rsidRPr="00700E26">
        <w:t>ou will benefit from a comprehensive local government employment package</w:t>
      </w:r>
      <w:r w:rsidRPr="00700E26">
        <w:t xml:space="preserve"> which includes the following:</w:t>
      </w:r>
    </w:p>
    <w:p w14:paraId="09237F97" w14:textId="3E5E2A6B" w:rsidR="00FA1CF6" w:rsidRPr="00700E26" w:rsidRDefault="00FA1CF6" w:rsidP="00BE466B">
      <w:pPr>
        <w:numPr>
          <w:ilvl w:val="0"/>
          <w:numId w:val="7"/>
        </w:numPr>
      </w:pPr>
      <w:r w:rsidRPr="00700E26">
        <w:t>Competitive salary in line with NJC Local Government Pay Scales.</w:t>
      </w:r>
    </w:p>
    <w:p w14:paraId="5D01D2A5" w14:textId="6DA5BDB7" w:rsidR="00524633" w:rsidRPr="00700E26" w:rsidRDefault="00FA1CF6" w:rsidP="00BE466B">
      <w:pPr>
        <w:numPr>
          <w:ilvl w:val="0"/>
          <w:numId w:val="7"/>
        </w:numPr>
      </w:pPr>
      <w:r w:rsidRPr="00700E26">
        <w:t>Membership of the Local Government Pension Scheme (LGPS), providing a secure, defined benefit pension with employer contributions.</w:t>
      </w:r>
    </w:p>
    <w:p w14:paraId="55EF41BC" w14:textId="36CC7719" w:rsidR="00FA1CF6" w:rsidRPr="00700E26" w:rsidRDefault="00FA1CF6" w:rsidP="00FA1CF6">
      <w:pPr>
        <w:rPr>
          <w:b/>
          <w:bCs/>
          <w:color w:val="007CBB"/>
          <w:sz w:val="24"/>
          <w:szCs w:val="24"/>
        </w:rPr>
      </w:pPr>
      <w:r w:rsidRPr="00700E26">
        <w:rPr>
          <w:b/>
          <w:color w:val="007CBB"/>
          <w:sz w:val="24"/>
          <w:szCs w:val="24"/>
        </w:rPr>
        <w:t>Annual Leave and Work-Life Balance</w:t>
      </w:r>
    </w:p>
    <w:p w14:paraId="25D2CF9D" w14:textId="77777777" w:rsidR="00D74D8D" w:rsidRPr="00700E26" w:rsidRDefault="00D74D8D" w:rsidP="00BE466B">
      <w:pPr>
        <w:numPr>
          <w:ilvl w:val="0"/>
          <w:numId w:val="8"/>
        </w:numPr>
        <w:rPr>
          <w:rFonts w:eastAsia="Arial" w:cs="Arial"/>
        </w:rPr>
      </w:pPr>
      <w:r w:rsidRPr="00700E26">
        <w:t xml:space="preserve">Generous annual leave entitlement, </w:t>
      </w:r>
      <w:r w:rsidRPr="00700E26">
        <w:rPr>
          <w:rFonts w:eastAsia="Arial" w:cs="Arial"/>
        </w:rPr>
        <w:t>28 days annual leave rising to 33 days with 5 years continuous service.</w:t>
      </w:r>
    </w:p>
    <w:p w14:paraId="2B246258" w14:textId="02DB7649" w:rsidR="00FA1CF6" w:rsidRPr="00700E26" w:rsidRDefault="00FA1CF6" w:rsidP="00BE466B">
      <w:pPr>
        <w:numPr>
          <w:ilvl w:val="0"/>
          <w:numId w:val="8"/>
        </w:numPr>
      </w:pPr>
      <w:r w:rsidRPr="00700E26">
        <w:t>Additional public (bank) holidays.</w:t>
      </w:r>
    </w:p>
    <w:p w14:paraId="2DDD9C17" w14:textId="31F21007" w:rsidR="00FA1CF6" w:rsidRPr="00700E26" w:rsidRDefault="00FA1CF6" w:rsidP="00BE466B">
      <w:pPr>
        <w:numPr>
          <w:ilvl w:val="0"/>
          <w:numId w:val="8"/>
        </w:numPr>
      </w:pPr>
      <w:r w:rsidRPr="00700E26">
        <w:lastRenderedPageBreak/>
        <w:t>Flexible working options to support a healthy work</w:t>
      </w:r>
      <w:r w:rsidR="00390169" w:rsidRPr="00700E26">
        <w:t>-</w:t>
      </w:r>
      <w:r w:rsidRPr="00700E26">
        <w:t>life balance, subject to service needs.</w:t>
      </w:r>
    </w:p>
    <w:p w14:paraId="7B7E2274" w14:textId="46D56827" w:rsidR="00866E1F" w:rsidRPr="00700E26" w:rsidRDefault="00866E1F" w:rsidP="00BE466B">
      <w:pPr>
        <w:numPr>
          <w:ilvl w:val="0"/>
          <w:numId w:val="8"/>
        </w:numPr>
      </w:pPr>
      <w:r w:rsidRPr="00700E26">
        <w:t>Option to purchase additional annual leave</w:t>
      </w:r>
      <w:r w:rsidR="004F4A4E" w:rsidRPr="00700E26">
        <w:t>.</w:t>
      </w:r>
    </w:p>
    <w:p w14:paraId="6E4DB64D" w14:textId="1CA7F4E2" w:rsidR="009C6212" w:rsidRPr="00700E26" w:rsidRDefault="009C6212" w:rsidP="00BE466B">
      <w:pPr>
        <w:numPr>
          <w:ilvl w:val="0"/>
          <w:numId w:val="8"/>
        </w:numPr>
      </w:pPr>
      <w:r w:rsidRPr="00700E26">
        <w:t>Sefton operate a ‘Shut Down’ period over the Christmas period which staff contribute four fifths of a week’s pay over a 12-month period.</w:t>
      </w:r>
    </w:p>
    <w:p w14:paraId="303CA973" w14:textId="77777777" w:rsidR="00FA1CF6" w:rsidRPr="00700E26" w:rsidRDefault="00FA1CF6" w:rsidP="00FA1CF6">
      <w:pPr>
        <w:rPr>
          <w:b/>
          <w:color w:val="007CBB"/>
          <w:sz w:val="24"/>
          <w:szCs w:val="24"/>
        </w:rPr>
      </w:pPr>
      <w:r w:rsidRPr="00700E26">
        <w:rPr>
          <w:b/>
          <w:color w:val="007CBB"/>
          <w:sz w:val="24"/>
          <w:szCs w:val="24"/>
        </w:rPr>
        <w:t>Learning, Development and Career Progression</w:t>
      </w:r>
    </w:p>
    <w:p w14:paraId="1548A4CE" w14:textId="00AE3BD8" w:rsidR="00FA1CF6" w:rsidRPr="00700E26" w:rsidRDefault="40497DD4" w:rsidP="00BE466B">
      <w:pPr>
        <w:numPr>
          <w:ilvl w:val="0"/>
          <w:numId w:val="9"/>
        </w:numPr>
        <w:rPr>
          <w:rFonts w:eastAsia="Arial" w:cs="Arial"/>
          <w:color w:val="333333"/>
        </w:rPr>
      </w:pPr>
      <w:r w:rsidRPr="00700E26">
        <w:rPr>
          <w:rFonts w:eastAsia="Arial" w:cs="Arial"/>
          <w:color w:val="333333"/>
        </w:rPr>
        <w:t>A comprehensive induction programme</w:t>
      </w:r>
      <w:r w:rsidR="00B60B4B" w:rsidRPr="00700E26">
        <w:rPr>
          <w:rFonts w:eastAsia="Arial" w:cs="Arial"/>
          <w:color w:val="333333"/>
        </w:rPr>
        <w:t>.</w:t>
      </w:r>
    </w:p>
    <w:p w14:paraId="5EE662A9" w14:textId="0FBD5EDC" w:rsidR="00FA1CF6" w:rsidRPr="00700E26" w:rsidRDefault="00FA1CF6" w:rsidP="00BE466B">
      <w:pPr>
        <w:numPr>
          <w:ilvl w:val="0"/>
          <w:numId w:val="9"/>
        </w:numPr>
      </w:pPr>
      <w:r w:rsidRPr="00700E26">
        <w:t>Access to a wide range of training,</w:t>
      </w:r>
      <w:r w:rsidR="004A77F9" w:rsidRPr="00700E26">
        <w:t xml:space="preserve"> apprenticeships,</w:t>
      </w:r>
      <w:r w:rsidRPr="00700E26">
        <w:t xml:space="preserve"> learning</w:t>
      </w:r>
      <w:r w:rsidR="00B60B4B" w:rsidRPr="00700E26">
        <w:t xml:space="preserve">, </w:t>
      </w:r>
      <w:r w:rsidRPr="00700E26">
        <w:t>and development opportunities.</w:t>
      </w:r>
    </w:p>
    <w:p w14:paraId="4763E1C2" w14:textId="0E576700" w:rsidR="00FA1CF6" w:rsidRPr="00700E26" w:rsidRDefault="00FA1CF6" w:rsidP="00BE466B">
      <w:pPr>
        <w:numPr>
          <w:ilvl w:val="0"/>
          <w:numId w:val="9"/>
        </w:numPr>
      </w:pPr>
      <w:r w:rsidRPr="00700E26">
        <w:t>Support for professional development and role</w:t>
      </w:r>
      <w:r w:rsidR="1553788F" w:rsidRPr="00700E26">
        <w:t xml:space="preserve"> </w:t>
      </w:r>
      <w:r w:rsidRPr="00700E26">
        <w:t>related qualifications.</w:t>
      </w:r>
    </w:p>
    <w:p w14:paraId="5DD8ACB0" w14:textId="74D47779" w:rsidR="00FA1CF6" w:rsidRPr="00700E26" w:rsidRDefault="00FA1CF6" w:rsidP="00BE466B">
      <w:pPr>
        <w:numPr>
          <w:ilvl w:val="0"/>
          <w:numId w:val="9"/>
        </w:numPr>
      </w:pPr>
      <w:r w:rsidRPr="00700E26">
        <w:t>Opportunities to develop your career within a large and diverse local authority.</w:t>
      </w:r>
    </w:p>
    <w:p w14:paraId="223D7766" w14:textId="255CA8CC" w:rsidR="00FA1CF6" w:rsidRPr="00700E26" w:rsidRDefault="00FA1CF6" w:rsidP="00FA1CF6">
      <w:pPr>
        <w:rPr>
          <w:b/>
          <w:bCs/>
          <w:color w:val="007CBB"/>
          <w:sz w:val="24"/>
          <w:szCs w:val="24"/>
        </w:rPr>
      </w:pPr>
      <w:r w:rsidRPr="00700E26">
        <w:rPr>
          <w:b/>
          <w:color w:val="007CBB"/>
          <w:sz w:val="24"/>
          <w:szCs w:val="24"/>
        </w:rPr>
        <w:t>Health, Wellbeing and Support</w:t>
      </w:r>
    </w:p>
    <w:p w14:paraId="2606030D" w14:textId="37FB6254" w:rsidR="77853C98" w:rsidRPr="00700E26" w:rsidRDefault="2CAB6C3C" w:rsidP="00BE466B">
      <w:pPr>
        <w:numPr>
          <w:ilvl w:val="0"/>
          <w:numId w:val="10"/>
        </w:numPr>
      </w:pPr>
      <w:r w:rsidRPr="00700E26">
        <w:t>Enhanced sick pay scheme</w:t>
      </w:r>
      <w:r w:rsidR="002F759F" w:rsidRPr="00700E26">
        <w:t>.</w:t>
      </w:r>
      <w:r w:rsidRPr="00700E26">
        <w:t xml:space="preserve"> </w:t>
      </w:r>
    </w:p>
    <w:p w14:paraId="44C1E78D" w14:textId="6D39F806" w:rsidR="00FA1CF6" w:rsidRPr="00700E26" w:rsidRDefault="00FA1CF6" w:rsidP="00BE466B">
      <w:pPr>
        <w:numPr>
          <w:ilvl w:val="0"/>
          <w:numId w:val="10"/>
        </w:numPr>
      </w:pPr>
      <w:r w:rsidRPr="00700E26">
        <w:t>Employee wellbeing initiatives and access to occupational health support</w:t>
      </w:r>
      <w:r w:rsidR="009A71D2" w:rsidRPr="00700E26">
        <w:t>.</w:t>
      </w:r>
    </w:p>
    <w:p w14:paraId="38621623" w14:textId="7DB7ACE7" w:rsidR="00F933C1" w:rsidRPr="00700E26" w:rsidRDefault="00FA1CF6" w:rsidP="00713D70">
      <w:pPr>
        <w:numPr>
          <w:ilvl w:val="0"/>
          <w:numId w:val="10"/>
        </w:numPr>
        <w:spacing w:after="0"/>
      </w:pPr>
      <w:r w:rsidRPr="00700E26">
        <w:t>Policies that promote physical and mental wellbeing in the workplace</w:t>
      </w:r>
      <w:r w:rsidR="009A71D2" w:rsidRPr="00700E26">
        <w:t>.</w:t>
      </w:r>
    </w:p>
    <w:p w14:paraId="7EDB2502" w14:textId="77777777" w:rsidR="00475088" w:rsidRPr="00700E26" w:rsidRDefault="00475088" w:rsidP="00713D70">
      <w:pPr>
        <w:spacing w:after="0"/>
      </w:pPr>
    </w:p>
    <w:p w14:paraId="388A34D5" w14:textId="56293BB4" w:rsidR="00AE37D0" w:rsidRPr="00700E26" w:rsidRDefault="00FA1CF6" w:rsidP="00463B70">
      <w:pPr>
        <w:rPr>
          <w:b/>
          <w:color w:val="007CBB"/>
          <w:sz w:val="24"/>
          <w:szCs w:val="24"/>
        </w:rPr>
      </w:pPr>
      <w:r w:rsidRPr="00700E26">
        <w:rPr>
          <w:b/>
          <w:color w:val="007CBB"/>
          <w:sz w:val="24"/>
          <w:szCs w:val="24"/>
        </w:rPr>
        <w:t>Family-Friendly and Inclusive Policies</w:t>
      </w:r>
    </w:p>
    <w:p w14:paraId="66CEA451" w14:textId="77777777" w:rsidR="00496E8A" w:rsidRPr="00700E26" w:rsidRDefault="00496E8A" w:rsidP="00713D70">
      <w:pPr>
        <w:spacing w:after="0"/>
        <w:rPr>
          <w:rFonts w:eastAsia="Times New Roman" w:cs="Arial"/>
          <w:lang w:eastAsia="en-GB"/>
        </w:rPr>
      </w:pPr>
      <w:r w:rsidRPr="00700E26">
        <w:rPr>
          <w:rFonts w:eastAsia="Times New Roman" w:cs="Arial"/>
          <w:lang w:eastAsia="en-GB"/>
        </w:rPr>
        <w:t>Our family</w:t>
      </w:r>
      <w:r w:rsidRPr="00700E26">
        <w:rPr>
          <w:rFonts w:eastAsia="Times New Roman" w:cs="Arial"/>
          <w:lang w:eastAsia="en-GB"/>
        </w:rPr>
        <w:noBreakHyphen/>
        <w:t>friendly policies and flexible working arrangements help staff maintain a healthy work</w:t>
      </w:r>
      <w:r w:rsidRPr="00700E26">
        <w:rPr>
          <w:rFonts w:eastAsia="Times New Roman" w:cs="Arial"/>
          <w:lang w:eastAsia="en-GB"/>
        </w:rPr>
        <w:noBreakHyphen/>
        <w:t>life balance.</w:t>
      </w:r>
    </w:p>
    <w:p w14:paraId="3885244E" w14:textId="77777777" w:rsidR="00496E8A" w:rsidRPr="00700E26" w:rsidRDefault="00496E8A" w:rsidP="00713D70">
      <w:pPr>
        <w:spacing w:after="0"/>
        <w:rPr>
          <w:b/>
          <w:bCs/>
          <w:color w:val="007CBB"/>
        </w:rPr>
      </w:pPr>
    </w:p>
    <w:p w14:paraId="0548282F" w14:textId="26B77CFF" w:rsidR="00FA1CF6" w:rsidRPr="00700E26" w:rsidRDefault="00FA1CF6" w:rsidP="00713D70">
      <w:pPr>
        <w:numPr>
          <w:ilvl w:val="0"/>
          <w:numId w:val="11"/>
        </w:numPr>
        <w:spacing w:after="0"/>
        <w:rPr>
          <w:rFonts w:eastAsia="Arial" w:cs="Arial"/>
        </w:rPr>
      </w:pPr>
      <w:r w:rsidRPr="00700E26">
        <w:t>Family</w:t>
      </w:r>
      <w:r w:rsidR="6D5F31B3" w:rsidRPr="00700E26">
        <w:t xml:space="preserve"> </w:t>
      </w:r>
      <w:r w:rsidRPr="00700E26">
        <w:t xml:space="preserve">friendly policies, including </w:t>
      </w:r>
      <w:r w:rsidR="2D5FFB87" w:rsidRPr="00700E26">
        <w:t xml:space="preserve">enhanced </w:t>
      </w:r>
      <w:r w:rsidRPr="00700E26">
        <w:t xml:space="preserve">maternity, paternity, adoption, </w:t>
      </w:r>
      <w:r w:rsidR="00382592" w:rsidRPr="00700E26">
        <w:t xml:space="preserve">neonatal care </w:t>
      </w:r>
      <w:r w:rsidRPr="00700E26">
        <w:t xml:space="preserve">and </w:t>
      </w:r>
      <w:r w:rsidR="5B2B7029" w:rsidRPr="00700E26">
        <w:rPr>
          <w:rFonts w:ascii="Helvetica" w:eastAsia="Helvetica" w:hAnsi="Helvetica" w:cs="Helvetica"/>
          <w:color w:val="333333"/>
          <w:sz w:val="21"/>
          <w:szCs w:val="21"/>
        </w:rPr>
        <w:t>special</w:t>
      </w:r>
      <w:r w:rsidRPr="00700E26">
        <w:rPr>
          <w:rFonts w:ascii="Helvetica" w:eastAsia="Helvetica" w:hAnsi="Helvetica" w:cs="Helvetica"/>
          <w:color w:val="333333"/>
          <w:sz w:val="21"/>
          <w:szCs w:val="21"/>
        </w:rPr>
        <w:t xml:space="preserve"> leave</w:t>
      </w:r>
      <w:r w:rsidR="5B2B7029" w:rsidRPr="00700E26">
        <w:rPr>
          <w:rFonts w:ascii="Helvetica" w:eastAsia="Helvetica" w:hAnsi="Helvetica" w:cs="Helvetica"/>
          <w:color w:val="333333"/>
          <w:sz w:val="21"/>
          <w:szCs w:val="21"/>
        </w:rPr>
        <w:t xml:space="preserve"> </w:t>
      </w:r>
      <w:r w:rsidR="5B2B7029" w:rsidRPr="00700E26">
        <w:rPr>
          <w:rFonts w:ascii="Helvetica" w:eastAsia="Helvetica" w:hAnsi="Helvetica" w:cs="Helvetica"/>
          <w:sz w:val="21"/>
          <w:szCs w:val="21"/>
        </w:rPr>
        <w:t xml:space="preserve">to support </w:t>
      </w:r>
      <w:r w:rsidR="00CE7343" w:rsidRPr="00700E26">
        <w:rPr>
          <w:rFonts w:ascii="Helvetica" w:eastAsia="Helvetica" w:hAnsi="Helvetica" w:cs="Helvetica"/>
          <w:sz w:val="21"/>
          <w:szCs w:val="21"/>
        </w:rPr>
        <w:t>with</w:t>
      </w:r>
      <w:r w:rsidR="5B2B7029" w:rsidRPr="00700E26">
        <w:rPr>
          <w:rFonts w:ascii="Helvetica" w:eastAsia="Helvetica" w:hAnsi="Helvetica" w:cs="Helvetica"/>
          <w:sz w:val="21"/>
          <w:szCs w:val="21"/>
        </w:rPr>
        <w:t xml:space="preserve"> </w:t>
      </w:r>
      <w:r w:rsidR="00FC4661" w:rsidRPr="00700E26">
        <w:rPr>
          <w:rFonts w:ascii="Helvetica" w:eastAsia="Helvetica" w:hAnsi="Helvetica" w:cs="Helvetica"/>
          <w:sz w:val="21"/>
          <w:szCs w:val="21"/>
        </w:rPr>
        <w:t>time</w:t>
      </w:r>
      <w:r w:rsidR="5B2B7029" w:rsidRPr="00700E26">
        <w:rPr>
          <w:rFonts w:ascii="Helvetica" w:eastAsia="Helvetica" w:hAnsi="Helvetica" w:cs="Helvetica"/>
          <w:sz w:val="21"/>
          <w:szCs w:val="21"/>
        </w:rPr>
        <w:t xml:space="preserve"> off work to deal with issues</w:t>
      </w:r>
      <w:r w:rsidR="00CE7343" w:rsidRPr="00700E26">
        <w:rPr>
          <w:rFonts w:ascii="Helvetica" w:eastAsia="Helvetica" w:hAnsi="Helvetica" w:cs="Helvetica"/>
          <w:sz w:val="21"/>
          <w:szCs w:val="21"/>
        </w:rPr>
        <w:t xml:space="preserve"> when</w:t>
      </w:r>
      <w:r w:rsidR="5B2B7029" w:rsidRPr="00700E26">
        <w:rPr>
          <w:rFonts w:ascii="Helvetica" w:eastAsia="Helvetica" w:hAnsi="Helvetica" w:cs="Helvetica"/>
          <w:sz w:val="21"/>
          <w:szCs w:val="21"/>
        </w:rPr>
        <w:t xml:space="preserve"> </w:t>
      </w:r>
      <w:r w:rsidR="00CE7343" w:rsidRPr="00700E26">
        <w:rPr>
          <w:rFonts w:ascii="Helvetica" w:eastAsia="Helvetica" w:hAnsi="Helvetica" w:cs="Helvetica"/>
          <w:sz w:val="21"/>
          <w:szCs w:val="21"/>
        </w:rPr>
        <w:t>life events happen</w:t>
      </w:r>
      <w:r w:rsidR="5B2B7029" w:rsidRPr="00700E26">
        <w:rPr>
          <w:rFonts w:ascii="Helvetica" w:eastAsia="Helvetica" w:hAnsi="Helvetica" w:cs="Helvetica"/>
          <w:sz w:val="21"/>
          <w:szCs w:val="21"/>
        </w:rPr>
        <w:t>.</w:t>
      </w:r>
    </w:p>
    <w:p w14:paraId="6D8C3553" w14:textId="77777777" w:rsidR="00CE7343" w:rsidRPr="00700E26" w:rsidRDefault="00CE7343" w:rsidP="00CE7343">
      <w:pPr>
        <w:spacing w:after="0"/>
        <w:ind w:left="720"/>
        <w:rPr>
          <w:rFonts w:eastAsia="Arial" w:cs="Arial"/>
        </w:rPr>
      </w:pPr>
    </w:p>
    <w:p w14:paraId="3C3A5576" w14:textId="039CFF47" w:rsidR="00FA1CF6" w:rsidRPr="00700E26" w:rsidRDefault="00FA1CF6" w:rsidP="00BE466B">
      <w:pPr>
        <w:numPr>
          <w:ilvl w:val="0"/>
          <w:numId w:val="11"/>
        </w:numPr>
      </w:pPr>
      <w:r w:rsidRPr="00700E26">
        <w:t>A strong organisational commitment to equality, diversity, and inclusion</w:t>
      </w:r>
      <w:r w:rsidR="009A71D2" w:rsidRPr="00700E26">
        <w:t>.</w:t>
      </w:r>
    </w:p>
    <w:p w14:paraId="24ED6729" w14:textId="1AFE8D00" w:rsidR="00FA1CF6" w:rsidRPr="00700E26" w:rsidRDefault="00FA1CF6" w:rsidP="00BE466B">
      <w:pPr>
        <w:numPr>
          <w:ilvl w:val="0"/>
          <w:numId w:val="11"/>
        </w:numPr>
      </w:pPr>
      <w:r w:rsidRPr="00700E26">
        <w:t>Reasonable adjustments and support to enable disabled employees to thrive</w:t>
      </w:r>
      <w:r w:rsidR="009A71D2" w:rsidRPr="00700E26">
        <w:t>.</w:t>
      </w:r>
    </w:p>
    <w:p w14:paraId="04B79371" w14:textId="77777777" w:rsidR="00680CB4" w:rsidRPr="00700E26" w:rsidRDefault="00680CB4" w:rsidP="00680CB4">
      <w:pPr>
        <w:rPr>
          <w:b/>
          <w:bCs/>
          <w:color w:val="007CBB"/>
          <w:sz w:val="24"/>
          <w:szCs w:val="24"/>
        </w:rPr>
      </w:pPr>
      <w:r w:rsidRPr="00700E26">
        <w:rPr>
          <w:b/>
          <w:color w:val="007CBB"/>
          <w:sz w:val="24"/>
          <w:szCs w:val="24"/>
        </w:rPr>
        <w:t>Foster Friendly Employer Commitment</w:t>
      </w:r>
    </w:p>
    <w:p w14:paraId="7C81B977" w14:textId="18C0893D" w:rsidR="00C47990" w:rsidRPr="00700E26" w:rsidRDefault="00680CB4" w:rsidP="00C47990">
      <w:pPr>
        <w:spacing w:after="0"/>
        <w:rPr>
          <w:rFonts w:eastAsia="Times New Roman" w:cs="Arial"/>
          <w:lang w:eastAsia="en-GB"/>
        </w:rPr>
      </w:pPr>
      <w:r w:rsidRPr="00700E26">
        <w:rPr>
          <w:rFonts w:eastAsia="Times New Roman" w:cs="Arial"/>
          <w:lang w:eastAsia="en-GB"/>
        </w:rPr>
        <w:t xml:space="preserve">Sefton Council is proud to be a </w:t>
      </w:r>
      <w:r w:rsidRPr="00700E26">
        <w:rPr>
          <w:rFonts w:eastAsia="Times New Roman" w:cs="Arial"/>
          <w:i/>
          <w:iCs/>
          <w:lang w:eastAsia="en-GB"/>
        </w:rPr>
        <w:t>Foster Friendly</w:t>
      </w:r>
      <w:r w:rsidRPr="00700E26">
        <w:rPr>
          <w:rFonts w:eastAsia="Times New Roman" w:cs="Arial"/>
          <w:lang w:eastAsia="en-GB"/>
        </w:rPr>
        <w:t xml:space="preserve"> organisation</w:t>
      </w:r>
      <w:r w:rsidR="00BC737D" w:rsidRPr="00700E26">
        <w:rPr>
          <w:rFonts w:eastAsia="Times New Roman" w:cs="Arial"/>
          <w:lang w:eastAsia="en-GB"/>
        </w:rPr>
        <w:t xml:space="preserve"> as recognised by The Fostering Network</w:t>
      </w:r>
      <w:r w:rsidRPr="00700E26">
        <w:rPr>
          <w:rFonts w:eastAsia="Times New Roman" w:cs="Arial"/>
          <w:lang w:eastAsia="en-GB"/>
        </w:rPr>
        <w:t xml:space="preserve">. </w:t>
      </w:r>
      <w:r w:rsidR="00442354" w:rsidRPr="00700E26">
        <w:rPr>
          <w:rFonts w:eastAsia="Times New Roman" w:cs="Arial"/>
          <w:lang w:eastAsia="en-GB"/>
        </w:rPr>
        <w:t xml:space="preserve"> </w:t>
      </w:r>
      <w:r w:rsidRPr="00700E26">
        <w:rPr>
          <w:rFonts w:eastAsia="Times New Roman" w:cs="Arial"/>
          <w:lang w:eastAsia="en-GB"/>
        </w:rPr>
        <w:t xml:space="preserve">We actively support employees who are foster carers or who are applying to foster by offering flexible working arrangements, paid time off for </w:t>
      </w:r>
      <w:r w:rsidRPr="00700E26">
        <w:rPr>
          <w:rFonts w:eastAsia="Times New Roman" w:cs="Arial"/>
          <w:lang w:eastAsia="en-GB"/>
        </w:rPr>
        <w:lastRenderedPageBreak/>
        <w:t>fostering</w:t>
      </w:r>
      <w:r w:rsidRPr="00700E26">
        <w:rPr>
          <w:rFonts w:eastAsia="Times New Roman" w:cs="Arial"/>
          <w:lang w:eastAsia="en-GB"/>
        </w:rPr>
        <w:noBreakHyphen/>
        <w:t>related meetings and training, and a workplace culture that recognises the vital role foster carers play in our communities.</w:t>
      </w:r>
    </w:p>
    <w:p w14:paraId="158F37B4" w14:textId="76BD62F2" w:rsidR="00C47990" w:rsidRPr="00700E26" w:rsidRDefault="00680CB4" w:rsidP="00C41AA7">
      <w:pPr>
        <w:spacing w:after="0"/>
        <w:rPr>
          <w:b/>
          <w:bCs/>
          <w:sz w:val="24"/>
          <w:szCs w:val="24"/>
        </w:rPr>
      </w:pPr>
      <w:r w:rsidRPr="00700E26">
        <w:rPr>
          <w:rFonts w:eastAsia="Times New Roman" w:cs="Arial"/>
          <w:lang w:eastAsia="en-GB"/>
        </w:rPr>
        <w:br/>
        <w:t>This commitment helps ensure carers can balance fostering responsibilities alongside career, and reflects our dedication to supporting children, families, and those who care for them.</w:t>
      </w:r>
    </w:p>
    <w:p w14:paraId="77A4C4D9" w14:textId="77777777" w:rsidR="00C41AA7" w:rsidRPr="00700E26" w:rsidRDefault="00C41AA7" w:rsidP="00C41AA7">
      <w:pPr>
        <w:spacing w:after="0"/>
        <w:rPr>
          <w:b/>
          <w:bCs/>
          <w:sz w:val="24"/>
          <w:szCs w:val="24"/>
        </w:rPr>
      </w:pPr>
    </w:p>
    <w:p w14:paraId="76F8D629" w14:textId="1A6E53BD" w:rsidR="00FA1CF6" w:rsidRPr="00700E26" w:rsidRDefault="00FA1CF6" w:rsidP="00FA1CF6">
      <w:pPr>
        <w:rPr>
          <w:b/>
          <w:bCs/>
          <w:color w:val="007CBB"/>
        </w:rPr>
      </w:pPr>
      <w:r w:rsidRPr="00700E26">
        <w:rPr>
          <w:b/>
          <w:color w:val="007CBB"/>
          <w:sz w:val="24"/>
          <w:szCs w:val="24"/>
        </w:rPr>
        <w:t xml:space="preserve">Additional Benefits </w:t>
      </w:r>
    </w:p>
    <w:p w14:paraId="5CF81CB4" w14:textId="32740C2C" w:rsidR="00FA1CF6" w:rsidRPr="00700E26" w:rsidRDefault="00FA1CF6" w:rsidP="00BE466B">
      <w:pPr>
        <w:numPr>
          <w:ilvl w:val="0"/>
          <w:numId w:val="12"/>
        </w:numPr>
      </w:pPr>
      <w:r w:rsidRPr="00700E26">
        <w:t>Access to salary sacrifice and employee benefit schemes (where applicable)</w:t>
      </w:r>
      <w:r w:rsidR="009A71D2" w:rsidRPr="00700E26">
        <w:t>.</w:t>
      </w:r>
    </w:p>
    <w:p w14:paraId="35720D3E" w14:textId="2903BF4A" w:rsidR="00FA1CF6" w:rsidRPr="00700E26" w:rsidRDefault="00FA1CF6" w:rsidP="00BE466B">
      <w:pPr>
        <w:numPr>
          <w:ilvl w:val="0"/>
          <w:numId w:val="12"/>
        </w:numPr>
      </w:pPr>
      <w:r w:rsidRPr="00700E26">
        <w:t>Opportunities to contribute to meaningful work that supports local communities</w:t>
      </w:r>
      <w:r w:rsidR="009A71D2" w:rsidRPr="00700E26">
        <w:t>.</w:t>
      </w:r>
    </w:p>
    <w:p w14:paraId="09F959D1" w14:textId="562C695E" w:rsidR="007B5705" w:rsidRPr="00700E26" w:rsidRDefault="00FA1CF6" w:rsidP="00BE466B">
      <w:pPr>
        <w:numPr>
          <w:ilvl w:val="0"/>
          <w:numId w:val="12"/>
        </w:numPr>
      </w:pPr>
      <w:r w:rsidRPr="00700E26">
        <w:t>A supportive, values</w:t>
      </w:r>
      <w:r w:rsidR="22D06755" w:rsidRPr="00700E26">
        <w:t xml:space="preserve"> </w:t>
      </w:r>
      <w:r w:rsidRPr="00700E26">
        <w:t>led organisational culture</w:t>
      </w:r>
      <w:r w:rsidR="009A71D2" w:rsidRPr="00700E26">
        <w:t>.</w:t>
      </w:r>
    </w:p>
    <w:p w14:paraId="273320BF" w14:textId="036F149C" w:rsidR="001115BF" w:rsidRPr="00700E26" w:rsidRDefault="6324EC2D" w:rsidP="001115BF">
      <w:pPr>
        <w:numPr>
          <w:ilvl w:val="0"/>
          <w:numId w:val="12"/>
        </w:numPr>
        <w:spacing w:line="240" w:lineRule="auto"/>
      </w:pPr>
      <w:r w:rsidRPr="00700E26">
        <w:t>Free parking at office bases (dependent</w:t>
      </w:r>
      <w:r w:rsidR="004B7AC3" w:rsidRPr="00700E26">
        <w:t xml:space="preserve"> upon the work location</w:t>
      </w:r>
      <w:r w:rsidRPr="00700E26">
        <w:t>)</w:t>
      </w:r>
      <w:r w:rsidR="002B35AD" w:rsidRPr="00700E26">
        <w:t>.</w:t>
      </w:r>
    </w:p>
    <w:p w14:paraId="4B4222BA" w14:textId="1651A9B5" w:rsidR="00E41A4B" w:rsidRDefault="00644E3D" w:rsidP="00511F96">
      <w:pPr>
        <w:pStyle w:val="Heading2"/>
        <w:spacing w:before="0"/>
        <w:rPr>
          <w:rFonts w:ascii="Arial" w:hAnsi="Arial" w:cs="Arial"/>
          <w:color w:val="007CBB"/>
          <w:sz w:val="28"/>
          <w:szCs w:val="28"/>
        </w:rPr>
      </w:pPr>
      <w:bookmarkStart w:id="6" w:name="_Toc236810486"/>
      <w:r w:rsidRPr="00514F5F">
        <w:rPr>
          <w:rFonts w:ascii="Arial" w:hAnsi="Arial" w:cs="Arial"/>
          <w:color w:val="007CBB"/>
          <w:sz w:val="28"/>
          <w:szCs w:val="28"/>
        </w:rPr>
        <w:t>About the Role</w:t>
      </w:r>
      <w:bookmarkEnd w:id="6"/>
    </w:p>
    <w:p w14:paraId="3F1C4778" w14:textId="7F07F414" w:rsidR="00514F5F" w:rsidRPr="00514F5F" w:rsidRDefault="00514F5F" w:rsidP="00514F5F">
      <w:pPr>
        <w:spacing w:before="100" w:beforeAutospacing="1" w:after="100" w:afterAutospacing="1" w:line="300" w:lineRule="atLeast"/>
        <w:rPr>
          <w:rFonts w:cs="Calibri"/>
        </w:rPr>
      </w:pPr>
      <w:r w:rsidRPr="00514F5F">
        <w:rPr>
          <w:rFonts w:cs="Calibri"/>
        </w:rPr>
        <w:t>This is a professional role within Sefton Council's Flood and Coastal Erosion Risk Management Team. Working to the Principal Flood and Coastal Erosion Risk Officer, the postholder will support delivery of the Council's approach to managing flood and coastal erosion risk. The role combines technical advice, planning application assessment, project and asset support, partnership working and engagement with communities.</w:t>
      </w:r>
    </w:p>
    <w:p w14:paraId="3AEE975E" w14:textId="3A4EE084" w:rsidR="00514F5F" w:rsidRPr="00514F5F" w:rsidRDefault="00514F5F" w:rsidP="00514F5F">
      <w:pPr>
        <w:spacing w:before="100" w:beforeAutospacing="1" w:after="100" w:afterAutospacing="1" w:line="300" w:lineRule="atLeast"/>
        <w:rPr>
          <w:rFonts w:cs="Calibri"/>
        </w:rPr>
      </w:pPr>
      <w:r w:rsidRPr="00514F5F">
        <w:rPr>
          <w:rFonts w:cs="Calibri"/>
        </w:rPr>
        <w:t xml:space="preserve">The FCERM Team takes a long-term approach to understanding and managing flood and coastal erosion risk, developing strategies, policies and projects that improve resilience and support sustainable communities. The team also hosts the </w:t>
      </w:r>
      <w:proofErr w:type="gramStart"/>
      <w:r w:rsidRPr="00514F5F">
        <w:rPr>
          <w:rFonts w:cs="Calibri"/>
        </w:rPr>
        <w:t>North West</w:t>
      </w:r>
      <w:proofErr w:type="gramEnd"/>
      <w:r w:rsidRPr="00514F5F">
        <w:rPr>
          <w:rFonts w:cs="Calibri"/>
        </w:rPr>
        <w:t xml:space="preserve"> Regional Coastal Monitoring Programme, providing a unique opportunity to contribute to work of regional and national significance. </w:t>
      </w:r>
    </w:p>
    <w:p w14:paraId="6E31C3A4" w14:textId="77777777" w:rsidR="00514F5F" w:rsidRPr="00514F5F" w:rsidRDefault="00514F5F" w:rsidP="00514F5F">
      <w:pPr>
        <w:spacing w:before="100" w:beforeAutospacing="1" w:after="100" w:afterAutospacing="1" w:line="300" w:lineRule="atLeast"/>
        <w:rPr>
          <w:rFonts w:cs="Calibri"/>
        </w:rPr>
      </w:pPr>
      <w:r w:rsidRPr="00514F5F">
        <w:rPr>
          <w:rFonts w:cs="Calibri"/>
          <w:b/>
          <w:bCs/>
        </w:rPr>
        <w:t>Key responsibilities include:</w:t>
      </w:r>
    </w:p>
    <w:p w14:paraId="062B6A43" w14:textId="77777777" w:rsidR="00514F5F" w:rsidRPr="00514F5F" w:rsidRDefault="00514F5F" w:rsidP="00514F5F">
      <w:pPr>
        <w:numPr>
          <w:ilvl w:val="0"/>
          <w:numId w:val="46"/>
        </w:numPr>
        <w:spacing w:before="100" w:beforeAutospacing="1" w:after="100" w:afterAutospacing="1" w:line="300" w:lineRule="atLeast"/>
        <w:rPr>
          <w:rFonts w:cs="Calibri"/>
        </w:rPr>
      </w:pPr>
      <w:r w:rsidRPr="00514F5F">
        <w:rPr>
          <w:rFonts w:cs="Calibri"/>
        </w:rPr>
        <w:t>Supporting the Principal Officer and contributing to delivery of the Council's Flood and Coastal Erosion Risk Management service plan.</w:t>
      </w:r>
    </w:p>
    <w:p w14:paraId="4A982D3C" w14:textId="77777777" w:rsidR="00514F5F" w:rsidRPr="00514F5F" w:rsidRDefault="00514F5F" w:rsidP="00514F5F">
      <w:pPr>
        <w:numPr>
          <w:ilvl w:val="0"/>
          <w:numId w:val="46"/>
        </w:numPr>
        <w:spacing w:before="100" w:beforeAutospacing="1" w:after="100" w:afterAutospacing="1" w:line="300" w:lineRule="atLeast"/>
        <w:rPr>
          <w:rFonts w:cs="Calibri"/>
        </w:rPr>
      </w:pPr>
      <w:r w:rsidRPr="00514F5F">
        <w:rPr>
          <w:rFonts w:cs="Calibri"/>
        </w:rPr>
        <w:t>Assisting in the implementation of the Council’s flood and coastal erosion risk management powers and duties.</w:t>
      </w:r>
    </w:p>
    <w:p w14:paraId="4B0C26AC" w14:textId="77777777" w:rsidR="00514F5F" w:rsidRPr="00514F5F" w:rsidRDefault="00514F5F" w:rsidP="00514F5F">
      <w:pPr>
        <w:numPr>
          <w:ilvl w:val="0"/>
          <w:numId w:val="46"/>
        </w:numPr>
        <w:spacing w:before="100" w:beforeAutospacing="1" w:after="100" w:afterAutospacing="1" w:line="300" w:lineRule="atLeast"/>
        <w:rPr>
          <w:rFonts w:cs="Calibri"/>
        </w:rPr>
      </w:pPr>
      <w:r w:rsidRPr="00514F5F">
        <w:rPr>
          <w:rFonts w:cs="Calibri"/>
        </w:rPr>
        <w:t>Supporting flood and coastal projects and helping manage Council assets that perform a flood and coastal erosion risk management function.</w:t>
      </w:r>
    </w:p>
    <w:p w14:paraId="5ECA9DA1" w14:textId="77777777" w:rsidR="008B67CC" w:rsidRDefault="00514F5F" w:rsidP="00514F5F">
      <w:pPr>
        <w:numPr>
          <w:ilvl w:val="0"/>
          <w:numId w:val="46"/>
        </w:numPr>
        <w:spacing w:before="100" w:beforeAutospacing="1" w:after="100" w:afterAutospacing="1" w:line="300" w:lineRule="atLeast"/>
        <w:rPr>
          <w:rFonts w:cs="Calibri"/>
        </w:rPr>
      </w:pPr>
      <w:r w:rsidRPr="00514F5F">
        <w:rPr>
          <w:rFonts w:cs="Calibri"/>
        </w:rPr>
        <w:t xml:space="preserve">Providing technical advice </w:t>
      </w:r>
    </w:p>
    <w:p w14:paraId="2C346017" w14:textId="785B6FEF" w:rsidR="00514F5F" w:rsidRPr="00514F5F" w:rsidRDefault="00D23D0C" w:rsidP="00514F5F">
      <w:pPr>
        <w:numPr>
          <w:ilvl w:val="0"/>
          <w:numId w:val="46"/>
        </w:numPr>
        <w:spacing w:before="100" w:beforeAutospacing="1" w:after="100" w:afterAutospacing="1" w:line="300" w:lineRule="atLeast"/>
        <w:rPr>
          <w:rFonts w:cs="Calibri"/>
        </w:rPr>
      </w:pPr>
      <w:r>
        <w:rPr>
          <w:rFonts w:cs="Calibri"/>
        </w:rPr>
        <w:t>Support and m</w:t>
      </w:r>
      <w:r w:rsidR="00514F5F" w:rsidRPr="00514F5F">
        <w:rPr>
          <w:rFonts w:cs="Calibri"/>
        </w:rPr>
        <w:t>ak</w:t>
      </w:r>
      <w:r>
        <w:rPr>
          <w:rFonts w:cs="Calibri"/>
        </w:rPr>
        <w:t>e</w:t>
      </w:r>
      <w:r w:rsidR="00514F5F" w:rsidRPr="00514F5F">
        <w:rPr>
          <w:rFonts w:cs="Calibri"/>
        </w:rPr>
        <w:t xml:space="preserve"> recommendations in the assessment of planning applications.</w:t>
      </w:r>
    </w:p>
    <w:p w14:paraId="1DEEE05C" w14:textId="77777777" w:rsidR="00053992" w:rsidRDefault="00514F5F" w:rsidP="00514F5F">
      <w:pPr>
        <w:numPr>
          <w:ilvl w:val="0"/>
          <w:numId w:val="46"/>
        </w:numPr>
        <w:spacing w:before="100" w:beforeAutospacing="1" w:after="100" w:afterAutospacing="1" w:line="300" w:lineRule="atLeast"/>
        <w:rPr>
          <w:rFonts w:cs="Calibri"/>
        </w:rPr>
      </w:pPr>
      <w:r w:rsidRPr="00514F5F">
        <w:rPr>
          <w:rFonts w:cs="Calibri"/>
        </w:rPr>
        <w:t>Assisting with revenue and capital budget management</w:t>
      </w:r>
    </w:p>
    <w:p w14:paraId="1AEF532C" w14:textId="7B99B574" w:rsidR="00F45E7A" w:rsidRDefault="00180694" w:rsidP="00514F5F">
      <w:pPr>
        <w:numPr>
          <w:ilvl w:val="0"/>
          <w:numId w:val="46"/>
        </w:numPr>
        <w:spacing w:before="100" w:beforeAutospacing="1" w:after="100" w:afterAutospacing="1" w:line="300" w:lineRule="atLeast"/>
        <w:rPr>
          <w:rFonts w:cs="Calibri"/>
        </w:rPr>
      </w:pPr>
      <w:r w:rsidRPr="003D4FEF">
        <w:rPr>
          <w:rFonts w:cs="Arial"/>
          <w:noProof/>
          <w:szCs w:val="24"/>
        </w:rPr>
        <w:lastRenderedPageBreak/>
        <w:t>Assist with the direction, co-ordination, training and development of employees within the Team.</w:t>
      </w:r>
    </w:p>
    <w:p w14:paraId="5B0D415E" w14:textId="7D8F82B0" w:rsidR="00AA5C58" w:rsidRPr="00AA5C58" w:rsidRDefault="00AA5C58" w:rsidP="00AA5C58">
      <w:pPr>
        <w:pStyle w:val="ListParagraph"/>
        <w:numPr>
          <w:ilvl w:val="0"/>
          <w:numId w:val="46"/>
        </w:numPr>
        <w:jc w:val="both"/>
        <w:rPr>
          <w:rFonts w:cs="Arial"/>
          <w:noProof/>
          <w:szCs w:val="24"/>
        </w:rPr>
      </w:pPr>
      <w:r w:rsidRPr="00AA5C58">
        <w:rPr>
          <w:rFonts w:cs="Arial"/>
          <w:noProof/>
          <w:szCs w:val="24"/>
        </w:rPr>
        <w:t>Assist in the preparation and analysis of complex technical reports.</w:t>
      </w:r>
    </w:p>
    <w:p w14:paraId="3DA8E03B" w14:textId="226428D5" w:rsidR="00AA5C58" w:rsidRPr="00AA5C58" w:rsidRDefault="00AA5C58" w:rsidP="00AA5C58">
      <w:pPr>
        <w:pStyle w:val="ListParagraph"/>
        <w:numPr>
          <w:ilvl w:val="0"/>
          <w:numId w:val="46"/>
        </w:numPr>
        <w:jc w:val="both"/>
        <w:rPr>
          <w:rFonts w:cs="Arial"/>
          <w:noProof/>
          <w:szCs w:val="24"/>
        </w:rPr>
      </w:pPr>
      <w:r w:rsidRPr="00AA5C58">
        <w:rPr>
          <w:rFonts w:cs="Arial"/>
          <w:noProof/>
          <w:szCs w:val="24"/>
        </w:rPr>
        <w:t>Assist in the preparation of committee reports and attend working groups and public meetings as necessary</w:t>
      </w:r>
    </w:p>
    <w:p w14:paraId="12AF11BA" w14:textId="6588B639" w:rsidR="00AA5C58" w:rsidRPr="00AA5C58" w:rsidRDefault="00AA5C58" w:rsidP="00AA5C58">
      <w:pPr>
        <w:pStyle w:val="ListParagraph"/>
        <w:numPr>
          <w:ilvl w:val="0"/>
          <w:numId w:val="46"/>
        </w:numPr>
        <w:jc w:val="both"/>
        <w:rPr>
          <w:rFonts w:cs="Arial"/>
          <w:noProof/>
          <w:szCs w:val="24"/>
        </w:rPr>
      </w:pPr>
      <w:r w:rsidRPr="00AA5C58">
        <w:rPr>
          <w:rFonts w:cs="Arial"/>
          <w:noProof/>
          <w:szCs w:val="24"/>
        </w:rPr>
        <w:t>Advise on and implement the latest standards, legislation and new developments.</w:t>
      </w:r>
    </w:p>
    <w:p w14:paraId="17EA462E" w14:textId="0A07E50A" w:rsidR="00AA5C58" w:rsidRPr="00AA5C58" w:rsidRDefault="00AA5C58" w:rsidP="00AA5C58">
      <w:pPr>
        <w:pStyle w:val="ListParagraph"/>
        <w:numPr>
          <w:ilvl w:val="0"/>
          <w:numId w:val="46"/>
        </w:numPr>
        <w:jc w:val="both"/>
        <w:rPr>
          <w:rFonts w:cs="Arial"/>
          <w:noProof/>
          <w:szCs w:val="24"/>
        </w:rPr>
      </w:pPr>
      <w:r w:rsidRPr="00AA5C58">
        <w:rPr>
          <w:rFonts w:cs="Arial"/>
          <w:noProof/>
          <w:szCs w:val="24"/>
        </w:rPr>
        <w:t>Undertake compliance activity ranging from advising members of the public through to enforcement action.</w:t>
      </w:r>
    </w:p>
    <w:p w14:paraId="2008CD39" w14:textId="6888DD1C" w:rsidR="00514F5F" w:rsidRPr="00514F5F" w:rsidRDefault="00514F5F" w:rsidP="00514F5F">
      <w:pPr>
        <w:spacing w:before="100" w:beforeAutospacing="1" w:after="100" w:afterAutospacing="1" w:line="300" w:lineRule="atLeast"/>
        <w:rPr>
          <w:rFonts w:cs="Calibri"/>
        </w:rPr>
      </w:pPr>
      <w:r w:rsidRPr="00514F5F">
        <w:rPr>
          <w:rFonts w:cs="Calibri"/>
        </w:rPr>
        <w:t xml:space="preserve">This role would suit a flood and coastal erosion risk management professional with a relevant degree, sound technical and analytical skills, experience of working with complex information, and the ability to communicate clearly with a range of audiences. </w:t>
      </w:r>
      <w:proofErr w:type="gramStart"/>
      <w:r w:rsidRPr="00514F5F">
        <w:rPr>
          <w:rFonts w:cs="Calibri"/>
        </w:rPr>
        <w:t>Experience of GIS,</w:t>
      </w:r>
      <w:proofErr w:type="gramEnd"/>
      <w:r w:rsidRPr="00514F5F">
        <w:rPr>
          <w:rFonts w:cs="Calibri"/>
        </w:rPr>
        <w:t xml:space="preserve"> works </w:t>
      </w:r>
      <w:proofErr w:type="gramStart"/>
      <w:r w:rsidRPr="00514F5F">
        <w:rPr>
          <w:rFonts w:cs="Calibri"/>
        </w:rPr>
        <w:t>commissioning</w:t>
      </w:r>
      <w:proofErr w:type="gramEnd"/>
      <w:r w:rsidRPr="00514F5F">
        <w:rPr>
          <w:rFonts w:cs="Calibri"/>
        </w:rPr>
        <w:t xml:space="preserve"> and budget management will be particularly relevant.</w:t>
      </w:r>
    </w:p>
    <w:p w14:paraId="6EF75BB6" w14:textId="77777777" w:rsidR="00870987" w:rsidRDefault="00870987" w:rsidP="00870987">
      <w:pPr>
        <w:spacing w:before="100" w:beforeAutospacing="1" w:after="100" w:afterAutospacing="1" w:line="300" w:lineRule="atLeast"/>
        <w:rPr>
          <w:rFonts w:cs="Calibri"/>
        </w:rPr>
      </w:pPr>
      <w:r w:rsidRPr="00514F5F">
        <w:rPr>
          <w:rFonts w:cs="Calibri"/>
        </w:rPr>
        <w:t>Please see Appendix A for a full copy of the Job Description and Person Specification.</w:t>
      </w:r>
    </w:p>
    <w:p w14:paraId="174EC61D" w14:textId="77777777" w:rsidR="004754E9" w:rsidRPr="003638D8" w:rsidRDefault="004754E9" w:rsidP="004754E9">
      <w:pPr>
        <w:spacing w:after="0" w:line="240" w:lineRule="auto"/>
      </w:pPr>
      <w:r w:rsidRPr="003638D8">
        <w:t xml:space="preserve">The closing date for this vacancy is </w:t>
      </w:r>
      <w:r w:rsidRPr="003638D8">
        <w:rPr>
          <w:b/>
          <w:bCs/>
        </w:rPr>
        <w:t>2</w:t>
      </w:r>
      <w:r>
        <w:rPr>
          <w:b/>
          <w:bCs/>
        </w:rPr>
        <w:t>2nd</w:t>
      </w:r>
      <w:r w:rsidRPr="003638D8">
        <w:rPr>
          <w:b/>
          <w:bCs/>
        </w:rPr>
        <w:t xml:space="preserve"> October 2026 </w:t>
      </w:r>
      <w:r w:rsidRPr="003638D8">
        <w:t>(or earlier in the event of high volume of applications being received).</w:t>
      </w:r>
      <w:r w:rsidRPr="003638D8">
        <w:br/>
      </w:r>
    </w:p>
    <w:p w14:paraId="44130EB1" w14:textId="77777777" w:rsidR="004754E9" w:rsidRPr="003638D8" w:rsidRDefault="004754E9" w:rsidP="004754E9">
      <w:pPr>
        <w:spacing w:after="0" w:line="240" w:lineRule="auto"/>
      </w:pPr>
      <w:r w:rsidRPr="003638D8">
        <w:t xml:space="preserve">Provisional interview dates are </w:t>
      </w:r>
      <w:r w:rsidRPr="003638D8">
        <w:rPr>
          <w:b/>
          <w:bCs/>
        </w:rPr>
        <w:t xml:space="preserve">week commencing </w:t>
      </w:r>
      <w:r>
        <w:rPr>
          <w:b/>
          <w:bCs/>
        </w:rPr>
        <w:t>16</w:t>
      </w:r>
      <w:r w:rsidRPr="00735589">
        <w:rPr>
          <w:b/>
          <w:bCs/>
          <w:vertAlign w:val="superscript"/>
        </w:rPr>
        <w:t>th</w:t>
      </w:r>
      <w:r>
        <w:rPr>
          <w:b/>
          <w:bCs/>
        </w:rPr>
        <w:t xml:space="preserve"> November</w:t>
      </w:r>
      <w:r w:rsidRPr="003638D8">
        <w:rPr>
          <w:b/>
          <w:bCs/>
        </w:rPr>
        <w:t xml:space="preserve"> 2026</w:t>
      </w:r>
      <w:r w:rsidRPr="003638D8">
        <w:t>.</w:t>
      </w:r>
    </w:p>
    <w:p w14:paraId="77732491" w14:textId="77777777" w:rsidR="004754E9" w:rsidRPr="00514F5F" w:rsidRDefault="004754E9" w:rsidP="00870987">
      <w:pPr>
        <w:spacing w:before="100" w:beforeAutospacing="1" w:after="100" w:afterAutospacing="1" w:line="300" w:lineRule="atLeast"/>
        <w:rPr>
          <w:rFonts w:cs="Calibri"/>
        </w:rPr>
      </w:pPr>
    </w:p>
    <w:p w14:paraId="0D9B8919" w14:textId="77777777" w:rsidR="00032434" w:rsidRPr="00032434" w:rsidRDefault="00032434" w:rsidP="00032434"/>
    <w:p w14:paraId="421B1398" w14:textId="77777777" w:rsidR="00F86ADF" w:rsidRDefault="00F86ADF">
      <w:pPr>
        <w:rPr>
          <w:rFonts w:eastAsiaTheme="majorEastAsia" w:cs="Arial"/>
          <w:b/>
          <w:bCs/>
          <w:color w:val="007CBB"/>
          <w:sz w:val="28"/>
          <w:szCs w:val="28"/>
        </w:rPr>
      </w:pPr>
      <w:r>
        <w:rPr>
          <w:rFonts w:cs="Arial"/>
          <w:color w:val="007CBB"/>
          <w:sz w:val="28"/>
          <w:szCs w:val="28"/>
        </w:rPr>
        <w:br w:type="page"/>
      </w:r>
    </w:p>
    <w:p w14:paraId="4F5839D7" w14:textId="77777777" w:rsidR="00F86ADF" w:rsidRDefault="00F86ADF" w:rsidP="00972DD3">
      <w:pPr>
        <w:pStyle w:val="Heading2"/>
        <w:spacing w:before="0" w:line="240" w:lineRule="auto"/>
        <w:rPr>
          <w:rFonts w:ascii="Arial" w:hAnsi="Arial" w:cs="Arial"/>
          <w:color w:val="007CBB"/>
          <w:sz w:val="28"/>
          <w:szCs w:val="28"/>
        </w:rPr>
      </w:pPr>
    </w:p>
    <w:p w14:paraId="41728CBE" w14:textId="23CB751A" w:rsidR="00972DD3" w:rsidRPr="00700E26" w:rsidRDefault="0001246D" w:rsidP="00972DD3">
      <w:pPr>
        <w:pStyle w:val="Heading2"/>
        <w:spacing w:before="0" w:line="240" w:lineRule="auto"/>
        <w:rPr>
          <w:rFonts w:ascii="Arial" w:hAnsi="Arial" w:cs="Arial"/>
          <w:color w:val="007CBB"/>
          <w:sz w:val="28"/>
          <w:szCs w:val="28"/>
        </w:rPr>
      </w:pPr>
      <w:bookmarkStart w:id="7" w:name="_Toc236810487"/>
      <w:r w:rsidRPr="00700E26">
        <w:rPr>
          <w:rFonts w:ascii="Arial" w:hAnsi="Arial" w:cs="Arial"/>
          <w:color w:val="007CBB"/>
          <w:sz w:val="28"/>
          <w:szCs w:val="28"/>
        </w:rPr>
        <w:t xml:space="preserve">Top </w:t>
      </w:r>
      <w:r w:rsidR="0041539A" w:rsidRPr="00700E26">
        <w:rPr>
          <w:rFonts w:ascii="Arial" w:hAnsi="Arial" w:cs="Arial"/>
          <w:color w:val="007CBB"/>
          <w:sz w:val="28"/>
          <w:szCs w:val="28"/>
        </w:rPr>
        <w:t xml:space="preserve">Tips on </w:t>
      </w:r>
      <w:r w:rsidR="00E16F88" w:rsidRPr="00700E26">
        <w:rPr>
          <w:rFonts w:ascii="Arial" w:hAnsi="Arial" w:cs="Arial"/>
          <w:color w:val="007CBB"/>
          <w:sz w:val="28"/>
          <w:szCs w:val="28"/>
        </w:rPr>
        <w:t>How to Apply</w:t>
      </w:r>
      <w:bookmarkEnd w:id="7"/>
    </w:p>
    <w:p w14:paraId="54751EE5" w14:textId="77777777" w:rsidR="00972DD3" w:rsidRPr="00700E26" w:rsidRDefault="00972DD3" w:rsidP="00972DD3">
      <w:pPr>
        <w:spacing w:after="0" w:line="240" w:lineRule="auto"/>
      </w:pPr>
    </w:p>
    <w:p w14:paraId="3D8C56CF" w14:textId="5D665721" w:rsidR="005F3F2A" w:rsidRPr="00700E26" w:rsidRDefault="005F3F2A" w:rsidP="00972DD3">
      <w:pPr>
        <w:spacing w:after="0" w:line="240" w:lineRule="auto"/>
      </w:pPr>
      <w:r w:rsidRPr="00700E26">
        <w:t xml:space="preserve">Submitting a strong application gives you the best chance of progressing to the next stage of the recruitment process. </w:t>
      </w:r>
      <w:r w:rsidR="00C56AA1" w:rsidRPr="00700E26">
        <w:t xml:space="preserve"> </w:t>
      </w:r>
      <w:r w:rsidRPr="00700E26">
        <w:t>The following guidance applies to all roles and will help you prepare a clear, compelling application:</w:t>
      </w:r>
    </w:p>
    <w:p w14:paraId="71F1570A" w14:textId="77777777" w:rsidR="00972DD3" w:rsidRPr="00700E26" w:rsidRDefault="00972DD3" w:rsidP="00972DD3">
      <w:pPr>
        <w:spacing w:after="0" w:line="240" w:lineRule="auto"/>
      </w:pPr>
    </w:p>
    <w:p w14:paraId="4BEB2042" w14:textId="77777777" w:rsidR="005F3F2A" w:rsidRPr="00700E26" w:rsidRDefault="005F3F2A" w:rsidP="005F3F2A">
      <w:pPr>
        <w:rPr>
          <w:b/>
          <w:bCs/>
        </w:rPr>
      </w:pPr>
      <w:r w:rsidRPr="00700E26">
        <w:rPr>
          <w:b/>
          <w:bCs/>
        </w:rPr>
        <w:t>1. Read the Job Description and Person Specification Thoroughly</w:t>
      </w:r>
    </w:p>
    <w:p w14:paraId="164174BF" w14:textId="77777777" w:rsidR="005F3F2A" w:rsidRPr="00700E26" w:rsidRDefault="005F3F2A" w:rsidP="00BE466B">
      <w:pPr>
        <w:numPr>
          <w:ilvl w:val="0"/>
          <w:numId w:val="31"/>
        </w:numPr>
      </w:pPr>
      <w:r w:rsidRPr="00700E26">
        <w:t>Make sure you understand the key duties, expectations, and essential criteria.</w:t>
      </w:r>
    </w:p>
    <w:p w14:paraId="28648381" w14:textId="0FCC716F" w:rsidR="00C56AA1" w:rsidRPr="00700E26" w:rsidRDefault="005F3F2A" w:rsidP="00C41AA7">
      <w:pPr>
        <w:numPr>
          <w:ilvl w:val="0"/>
          <w:numId w:val="31"/>
        </w:numPr>
      </w:pPr>
      <w:r w:rsidRPr="00700E26">
        <w:t>Use the person specification as your guide when writing your application.</w:t>
      </w:r>
    </w:p>
    <w:p w14:paraId="75841583" w14:textId="77777777" w:rsidR="005F3F2A" w:rsidRPr="00700E26" w:rsidRDefault="005F3F2A" w:rsidP="005F3F2A">
      <w:pPr>
        <w:rPr>
          <w:b/>
          <w:bCs/>
        </w:rPr>
      </w:pPr>
      <w:r w:rsidRPr="00700E26">
        <w:rPr>
          <w:b/>
          <w:bCs/>
        </w:rPr>
        <w:t>2. Provide Clear Evidence of Your Skills and Experience</w:t>
      </w:r>
    </w:p>
    <w:p w14:paraId="673A36BA" w14:textId="77777777" w:rsidR="005F3F2A" w:rsidRPr="00700E26" w:rsidRDefault="005F3F2A" w:rsidP="00BE466B">
      <w:pPr>
        <w:numPr>
          <w:ilvl w:val="0"/>
          <w:numId w:val="32"/>
        </w:numPr>
      </w:pPr>
      <w:r w:rsidRPr="00700E26">
        <w:t xml:space="preserve">Show </w:t>
      </w:r>
      <w:r w:rsidRPr="00700E26">
        <w:rPr>
          <w:i/>
          <w:iCs/>
        </w:rPr>
        <w:t>how</w:t>
      </w:r>
      <w:r w:rsidRPr="00700E26">
        <w:t xml:space="preserve"> you meet the criteria using specific, real examples.</w:t>
      </w:r>
    </w:p>
    <w:p w14:paraId="3F526C64" w14:textId="77777777" w:rsidR="005F3F2A" w:rsidRPr="00700E26" w:rsidRDefault="005F3F2A" w:rsidP="00BE466B">
      <w:pPr>
        <w:numPr>
          <w:ilvl w:val="0"/>
          <w:numId w:val="32"/>
        </w:numPr>
      </w:pPr>
      <w:r w:rsidRPr="00700E26">
        <w:t xml:space="preserve">Consider using the </w:t>
      </w:r>
      <w:r w:rsidRPr="00700E26">
        <w:rPr>
          <w:b/>
          <w:bCs/>
        </w:rPr>
        <w:t>STAR method</w:t>
      </w:r>
      <w:r w:rsidRPr="00700E26">
        <w:t xml:space="preserve"> (Situation, Task, Action, Result) to structure your responses.</w:t>
      </w:r>
    </w:p>
    <w:p w14:paraId="5815049B" w14:textId="77777777" w:rsidR="005F3F2A" w:rsidRPr="00700E26" w:rsidRDefault="005F3F2A" w:rsidP="005F3F2A">
      <w:pPr>
        <w:rPr>
          <w:b/>
          <w:bCs/>
        </w:rPr>
      </w:pPr>
      <w:r w:rsidRPr="00700E26">
        <w:rPr>
          <w:b/>
          <w:bCs/>
        </w:rPr>
        <w:t>3. Tailor Your Application</w:t>
      </w:r>
    </w:p>
    <w:p w14:paraId="395E84B4" w14:textId="4DDC7475" w:rsidR="005F3F2A" w:rsidRPr="00700E26" w:rsidRDefault="005F3F2A" w:rsidP="00BE466B">
      <w:pPr>
        <w:numPr>
          <w:ilvl w:val="0"/>
          <w:numId w:val="33"/>
        </w:numPr>
      </w:pPr>
      <w:r w:rsidRPr="00700E26">
        <w:t xml:space="preserve">Avoid generic statements. </w:t>
      </w:r>
      <w:r w:rsidR="003E54C5" w:rsidRPr="00700E26">
        <w:t xml:space="preserve"> </w:t>
      </w:r>
      <w:r w:rsidRPr="00700E26">
        <w:t>Focus on experience that directly relates to the role you are applying for.</w:t>
      </w:r>
    </w:p>
    <w:p w14:paraId="7A15B16C" w14:textId="77777777" w:rsidR="005F3F2A" w:rsidRPr="00700E26" w:rsidRDefault="005F3F2A" w:rsidP="00BE466B">
      <w:pPr>
        <w:numPr>
          <w:ilvl w:val="0"/>
          <w:numId w:val="33"/>
        </w:numPr>
      </w:pPr>
      <w:r w:rsidRPr="00700E26">
        <w:t>Demonstrate how your strengths align with the organisation’s values and priorities.</w:t>
      </w:r>
    </w:p>
    <w:p w14:paraId="2D4479BE" w14:textId="77777777" w:rsidR="005F3F2A" w:rsidRPr="00700E26" w:rsidRDefault="005F3F2A" w:rsidP="005F3F2A">
      <w:pPr>
        <w:rPr>
          <w:b/>
          <w:bCs/>
        </w:rPr>
      </w:pPr>
      <w:r w:rsidRPr="00700E26">
        <w:rPr>
          <w:b/>
          <w:bCs/>
        </w:rPr>
        <w:t>4. Highlight Your Achievements</w:t>
      </w:r>
    </w:p>
    <w:p w14:paraId="36FF2B17" w14:textId="77777777" w:rsidR="005F3F2A" w:rsidRPr="00700E26" w:rsidRDefault="005F3F2A" w:rsidP="00BE466B">
      <w:pPr>
        <w:numPr>
          <w:ilvl w:val="0"/>
          <w:numId w:val="34"/>
        </w:numPr>
      </w:pPr>
      <w:r w:rsidRPr="00700E26">
        <w:t>Include examples of work you are proud of or significant contributions you have made in previous roles.</w:t>
      </w:r>
    </w:p>
    <w:p w14:paraId="528CE417" w14:textId="4E1EA777" w:rsidR="00115BE7" w:rsidRPr="00700E26" w:rsidRDefault="005F3F2A" w:rsidP="00115BE7">
      <w:pPr>
        <w:numPr>
          <w:ilvl w:val="0"/>
          <w:numId w:val="34"/>
        </w:numPr>
      </w:pPr>
      <w:r w:rsidRPr="00700E26">
        <w:t xml:space="preserve">Emphasise impact </w:t>
      </w:r>
      <w:r w:rsidR="003E54C5" w:rsidRPr="00700E26">
        <w:t>–</w:t>
      </w:r>
      <w:r w:rsidRPr="00700E26">
        <w:t xml:space="preserve"> improvements, efficiencies, positive outcomes, or innovations.</w:t>
      </w:r>
    </w:p>
    <w:p w14:paraId="01964C62" w14:textId="77777777" w:rsidR="005F3F2A" w:rsidRPr="00700E26" w:rsidRDefault="005F3F2A" w:rsidP="005F3F2A">
      <w:pPr>
        <w:rPr>
          <w:b/>
          <w:bCs/>
        </w:rPr>
      </w:pPr>
      <w:r w:rsidRPr="00700E26">
        <w:rPr>
          <w:b/>
          <w:bCs/>
        </w:rPr>
        <w:t>5. Be Clear About Qualifications and Training</w:t>
      </w:r>
    </w:p>
    <w:p w14:paraId="7DFCFD20" w14:textId="77777777" w:rsidR="005F3F2A" w:rsidRPr="00700E26" w:rsidRDefault="005F3F2A" w:rsidP="00BE466B">
      <w:pPr>
        <w:numPr>
          <w:ilvl w:val="0"/>
          <w:numId w:val="35"/>
        </w:numPr>
      </w:pPr>
      <w:r w:rsidRPr="00700E26">
        <w:t>List all relevant qualifications and professional training, including dates and awarding bodies.</w:t>
      </w:r>
    </w:p>
    <w:p w14:paraId="6D87B74C" w14:textId="77777777" w:rsidR="005F3F2A" w:rsidRPr="00700E26" w:rsidRDefault="005F3F2A" w:rsidP="00BE466B">
      <w:pPr>
        <w:numPr>
          <w:ilvl w:val="0"/>
          <w:numId w:val="35"/>
        </w:numPr>
      </w:pPr>
      <w:r w:rsidRPr="00700E26">
        <w:t>If you are working towards a qualification, include expected completion dates.</w:t>
      </w:r>
    </w:p>
    <w:p w14:paraId="0A8FE1F6" w14:textId="77777777" w:rsidR="005F3F2A" w:rsidRPr="00700E26" w:rsidRDefault="005F3F2A" w:rsidP="005F3F2A">
      <w:pPr>
        <w:rPr>
          <w:b/>
          <w:bCs/>
        </w:rPr>
      </w:pPr>
      <w:r w:rsidRPr="00700E26">
        <w:rPr>
          <w:b/>
          <w:bCs/>
        </w:rPr>
        <w:t>6. Showcase Transferable Skills</w:t>
      </w:r>
    </w:p>
    <w:p w14:paraId="4CDC5DE1" w14:textId="77777777" w:rsidR="005F3F2A" w:rsidRPr="00700E26" w:rsidRDefault="005F3F2A" w:rsidP="00BE466B">
      <w:pPr>
        <w:numPr>
          <w:ilvl w:val="0"/>
          <w:numId w:val="36"/>
        </w:numPr>
      </w:pPr>
      <w:r w:rsidRPr="00700E26">
        <w:t>Skills such as communication, teamwork, problem-solving, digital literacy, and organisation are valuable across all roles.</w:t>
      </w:r>
    </w:p>
    <w:p w14:paraId="051DCC3F" w14:textId="77777777" w:rsidR="003713DB" w:rsidRDefault="003713DB" w:rsidP="003713DB">
      <w:pPr>
        <w:ind w:left="720"/>
      </w:pPr>
    </w:p>
    <w:p w14:paraId="51B7113A" w14:textId="77777777" w:rsidR="00C41AA7" w:rsidRDefault="00C41AA7" w:rsidP="001115BF"/>
    <w:p w14:paraId="3D0A4D77" w14:textId="31286EDD" w:rsidR="005F3F2A" w:rsidRPr="00700E26" w:rsidRDefault="005F3F2A" w:rsidP="00BE466B">
      <w:pPr>
        <w:numPr>
          <w:ilvl w:val="0"/>
          <w:numId w:val="36"/>
        </w:numPr>
      </w:pPr>
      <w:r w:rsidRPr="00700E26">
        <w:t>Provide examples that demonstrate these effectively.</w:t>
      </w:r>
    </w:p>
    <w:p w14:paraId="4F4AA812" w14:textId="77777777" w:rsidR="005F3F2A" w:rsidRPr="00700E26" w:rsidRDefault="005F3F2A" w:rsidP="005F3F2A">
      <w:pPr>
        <w:rPr>
          <w:b/>
          <w:bCs/>
        </w:rPr>
      </w:pPr>
      <w:r w:rsidRPr="00700E26">
        <w:rPr>
          <w:b/>
          <w:bCs/>
        </w:rPr>
        <w:t>7. Check Your Application Carefully</w:t>
      </w:r>
    </w:p>
    <w:p w14:paraId="7E1E8C35" w14:textId="77777777" w:rsidR="005F3F2A" w:rsidRPr="00700E26" w:rsidRDefault="005F3F2A" w:rsidP="00BE466B">
      <w:pPr>
        <w:numPr>
          <w:ilvl w:val="0"/>
          <w:numId w:val="37"/>
        </w:numPr>
      </w:pPr>
      <w:r w:rsidRPr="00700E26">
        <w:t>Review your responses for clarity, spelling, and completeness.</w:t>
      </w:r>
    </w:p>
    <w:p w14:paraId="74F5CD01" w14:textId="77777777" w:rsidR="005F3F2A" w:rsidRPr="00700E26" w:rsidRDefault="005F3F2A" w:rsidP="00BE466B">
      <w:pPr>
        <w:numPr>
          <w:ilvl w:val="0"/>
          <w:numId w:val="37"/>
        </w:numPr>
      </w:pPr>
      <w:r w:rsidRPr="00700E26">
        <w:t>Ensure all sections of the application form have been filled in fully.</w:t>
      </w:r>
    </w:p>
    <w:p w14:paraId="14C69408" w14:textId="77777777" w:rsidR="005F3F2A" w:rsidRPr="00700E26" w:rsidRDefault="005F3F2A" w:rsidP="005F3F2A">
      <w:pPr>
        <w:rPr>
          <w:b/>
          <w:bCs/>
        </w:rPr>
      </w:pPr>
      <w:r w:rsidRPr="00700E26">
        <w:rPr>
          <w:b/>
          <w:bCs/>
        </w:rPr>
        <w:t>8. Submit Your Application Before the Deadline</w:t>
      </w:r>
    </w:p>
    <w:p w14:paraId="2129A357" w14:textId="77777777" w:rsidR="005F3F2A" w:rsidRPr="00700E26" w:rsidRDefault="005F3F2A" w:rsidP="00BE466B">
      <w:pPr>
        <w:numPr>
          <w:ilvl w:val="0"/>
          <w:numId w:val="38"/>
        </w:numPr>
      </w:pPr>
      <w:r w:rsidRPr="00700E26">
        <w:t>Note the closing date and allow plenty of time to prepare your application.</w:t>
      </w:r>
    </w:p>
    <w:p w14:paraId="364D3CA1" w14:textId="76FE5D31" w:rsidR="00B37171" w:rsidRPr="00700E26" w:rsidRDefault="005F3F2A" w:rsidP="00BE0E7F">
      <w:pPr>
        <w:numPr>
          <w:ilvl w:val="0"/>
          <w:numId w:val="38"/>
        </w:numPr>
      </w:pPr>
      <w:r w:rsidRPr="00700E26">
        <w:t>Late submissions usually cannot be considered.</w:t>
      </w:r>
    </w:p>
    <w:p w14:paraId="2D98CC19" w14:textId="77777777" w:rsidR="005F3F2A" w:rsidRPr="00700E26" w:rsidRDefault="005F3F2A" w:rsidP="005F3F2A">
      <w:pPr>
        <w:rPr>
          <w:b/>
          <w:bCs/>
        </w:rPr>
      </w:pPr>
      <w:r w:rsidRPr="00700E26">
        <w:rPr>
          <w:b/>
          <w:bCs/>
        </w:rPr>
        <w:t>9. Prepare for Potential Next Steps</w:t>
      </w:r>
    </w:p>
    <w:p w14:paraId="59DAAC74" w14:textId="77777777" w:rsidR="005F3F2A" w:rsidRPr="00700E26" w:rsidRDefault="005F3F2A" w:rsidP="00BE466B">
      <w:pPr>
        <w:numPr>
          <w:ilvl w:val="0"/>
          <w:numId w:val="39"/>
        </w:numPr>
      </w:pPr>
      <w:r w:rsidRPr="00700E26">
        <w:t>If shortlisted, you may be invited to an interview, assessment task, or presentation.</w:t>
      </w:r>
    </w:p>
    <w:p w14:paraId="581B9F28" w14:textId="77777777" w:rsidR="00651D5D" w:rsidRPr="00700E26" w:rsidRDefault="005F3F2A" w:rsidP="00BE466B">
      <w:pPr>
        <w:numPr>
          <w:ilvl w:val="0"/>
          <w:numId w:val="39"/>
        </w:numPr>
      </w:pPr>
      <w:r w:rsidRPr="00700E26">
        <w:t>Be ready to discuss your experience, approach to work, and examples of how you meet the role’s requirements.</w:t>
      </w:r>
    </w:p>
    <w:p w14:paraId="31B61E72" w14:textId="3FA92C77" w:rsidR="00E4716C" w:rsidRPr="00514F5F" w:rsidRDefault="00E4716C" w:rsidP="00317E97">
      <w:pPr>
        <w:pStyle w:val="Heading2"/>
        <w:rPr>
          <w:rFonts w:ascii="Arial" w:hAnsi="Arial" w:cs="Arial"/>
          <w:sz w:val="32"/>
          <w:szCs w:val="32"/>
        </w:rPr>
      </w:pPr>
      <w:bookmarkStart w:id="8" w:name="_Toc236810488"/>
      <w:r w:rsidRPr="00514F5F">
        <w:rPr>
          <w:rFonts w:ascii="Arial" w:hAnsi="Arial" w:cs="Arial"/>
          <w:sz w:val="32"/>
          <w:szCs w:val="32"/>
        </w:rPr>
        <w:t>Application and Selection Information</w:t>
      </w:r>
      <w:bookmarkEnd w:id="8"/>
    </w:p>
    <w:p w14:paraId="0F95C9CD" w14:textId="77777777" w:rsidR="00651D5D" w:rsidRDefault="00651D5D" w:rsidP="00651D5D">
      <w:pPr>
        <w:spacing w:after="0" w:line="240" w:lineRule="auto"/>
      </w:pPr>
    </w:p>
    <w:p w14:paraId="250E6EF2" w14:textId="77777777" w:rsidR="004754E9" w:rsidRPr="003638D8" w:rsidRDefault="004754E9" w:rsidP="004754E9">
      <w:pPr>
        <w:spacing w:after="0" w:line="240" w:lineRule="auto"/>
      </w:pPr>
      <w:r w:rsidRPr="003638D8">
        <w:t xml:space="preserve">The closing date for this vacancy is </w:t>
      </w:r>
      <w:r w:rsidRPr="003638D8">
        <w:rPr>
          <w:b/>
          <w:bCs/>
        </w:rPr>
        <w:t>2</w:t>
      </w:r>
      <w:r>
        <w:rPr>
          <w:b/>
          <w:bCs/>
        </w:rPr>
        <w:t>2nd</w:t>
      </w:r>
      <w:r w:rsidRPr="003638D8">
        <w:rPr>
          <w:b/>
          <w:bCs/>
        </w:rPr>
        <w:t xml:space="preserve"> October 2026 </w:t>
      </w:r>
      <w:r w:rsidRPr="003638D8">
        <w:t>(or earlier in the event of high volume of applications being received).</w:t>
      </w:r>
      <w:r w:rsidRPr="003638D8">
        <w:br/>
      </w:r>
    </w:p>
    <w:p w14:paraId="35C2FBC7" w14:textId="77777777" w:rsidR="004754E9" w:rsidRPr="003638D8" w:rsidRDefault="004754E9" w:rsidP="004754E9">
      <w:pPr>
        <w:spacing w:after="0" w:line="240" w:lineRule="auto"/>
      </w:pPr>
      <w:r w:rsidRPr="003638D8">
        <w:t xml:space="preserve">Provisional interview dates are </w:t>
      </w:r>
      <w:r w:rsidRPr="003638D8">
        <w:rPr>
          <w:b/>
          <w:bCs/>
        </w:rPr>
        <w:t xml:space="preserve">week commencing </w:t>
      </w:r>
      <w:r>
        <w:rPr>
          <w:b/>
          <w:bCs/>
        </w:rPr>
        <w:t>16</w:t>
      </w:r>
      <w:r w:rsidRPr="00735589">
        <w:rPr>
          <w:b/>
          <w:bCs/>
          <w:vertAlign w:val="superscript"/>
        </w:rPr>
        <w:t>th</w:t>
      </w:r>
      <w:r>
        <w:rPr>
          <w:b/>
          <w:bCs/>
        </w:rPr>
        <w:t xml:space="preserve"> November</w:t>
      </w:r>
      <w:r w:rsidRPr="003638D8">
        <w:rPr>
          <w:b/>
          <w:bCs/>
        </w:rPr>
        <w:t xml:space="preserve"> 2026</w:t>
      </w:r>
      <w:r w:rsidRPr="003638D8">
        <w:t>.</w:t>
      </w:r>
    </w:p>
    <w:p w14:paraId="7375E0A7" w14:textId="77777777" w:rsidR="00651D5D" w:rsidRPr="00E4716C" w:rsidRDefault="00651D5D" w:rsidP="00651D5D">
      <w:pPr>
        <w:spacing w:after="0" w:line="240" w:lineRule="auto"/>
      </w:pPr>
    </w:p>
    <w:p w14:paraId="5758C120" w14:textId="0BDA16DD" w:rsidR="006A52BC" w:rsidRPr="00700E26" w:rsidRDefault="7872E659" w:rsidP="006A52BC">
      <w:pPr>
        <w:rPr>
          <w:rFonts w:eastAsia="Arial" w:cs="Arial"/>
        </w:rPr>
      </w:pPr>
      <w:r w:rsidRPr="00700E26">
        <w:rPr>
          <w:rFonts w:eastAsia="Montserrat" w:cs="Arial"/>
          <w:color w:val="2A2A2A"/>
        </w:rPr>
        <w:t xml:space="preserve">We are an Equal Opportunities Employer; all candidates will receive equal treatment. </w:t>
      </w:r>
      <w:r w:rsidR="76C8ABAD" w:rsidRPr="00700E26">
        <w:rPr>
          <w:rFonts w:eastAsia="Montserrat" w:cs="Arial"/>
          <w:color w:val="2A2A2A"/>
        </w:rPr>
        <w:t xml:space="preserve"> </w:t>
      </w:r>
      <w:r w:rsidRPr="00700E26">
        <w:rPr>
          <w:rFonts w:eastAsia="Montserrat" w:cs="Arial"/>
          <w:color w:val="2A2A2A"/>
        </w:rPr>
        <w:t>Our decision to appoint will be based upon whether an individual’s skills, experience, qualifications, and abilities make them the most suitable candidate for the role.</w:t>
      </w:r>
    </w:p>
    <w:p w14:paraId="7EED794C" w14:textId="03EA43EC" w:rsidR="00BE466B" w:rsidRPr="00700E26" w:rsidRDefault="500CC985" w:rsidP="006A52BC">
      <w:pPr>
        <w:rPr>
          <w:rFonts w:eastAsia="Montserrat" w:cs="Arial"/>
        </w:rPr>
      </w:pPr>
      <w:r w:rsidRPr="00700E26">
        <w:rPr>
          <w:rFonts w:eastAsia="Montserrat" w:cs="Arial"/>
          <w:color w:val="2A2A2A"/>
        </w:rPr>
        <w:t>All disabled and care experienced applicants will be offered an interview where they meet all essential criteria on the person specification.</w:t>
      </w:r>
    </w:p>
    <w:p w14:paraId="4ED4E997" w14:textId="6A8486E2" w:rsidR="00B7578E" w:rsidRPr="001115BF" w:rsidRDefault="006A52BC" w:rsidP="001115BF">
      <w:pPr>
        <w:rPr>
          <w:b/>
          <w:bCs/>
        </w:rPr>
      </w:pPr>
      <w:r w:rsidRPr="00700E26">
        <w:rPr>
          <w:b/>
          <w:bCs/>
        </w:rPr>
        <w:t xml:space="preserve">Please ensure that you meet </w:t>
      </w:r>
      <w:r w:rsidR="006F7222" w:rsidRPr="00700E26">
        <w:rPr>
          <w:b/>
          <w:bCs/>
        </w:rPr>
        <w:t>all</w:t>
      </w:r>
      <w:r w:rsidRPr="00700E26">
        <w:rPr>
          <w:b/>
          <w:bCs/>
        </w:rPr>
        <w:t xml:space="preserve"> the essential criteria outlined in the person specification before submitting your application. </w:t>
      </w:r>
      <w:r w:rsidR="00B37171" w:rsidRPr="00700E26">
        <w:rPr>
          <w:b/>
          <w:bCs/>
        </w:rPr>
        <w:t xml:space="preserve"> </w:t>
      </w:r>
      <w:r w:rsidRPr="00700E26">
        <w:rPr>
          <w:b/>
          <w:bCs/>
        </w:rPr>
        <w:t>Only applicants who demonstrate that they meet all essential criteria will be considered and invited to interview</w:t>
      </w:r>
      <w:r w:rsidR="001115BF" w:rsidRPr="00700E26">
        <w:rPr>
          <w:b/>
          <w:bCs/>
        </w:rPr>
        <w:t>.</w:t>
      </w:r>
    </w:p>
    <w:p w14:paraId="78E4E2CB" w14:textId="77777777" w:rsidR="001115BF" w:rsidRDefault="001115BF" w:rsidP="001115BF"/>
    <w:p w14:paraId="7076EC4D" w14:textId="77777777" w:rsidR="001115BF" w:rsidRPr="001115BF" w:rsidRDefault="001115BF" w:rsidP="001115BF"/>
    <w:p w14:paraId="7E6E0147" w14:textId="793780FD" w:rsidR="00511F96" w:rsidRDefault="00E16F88" w:rsidP="00FC5D9A">
      <w:pPr>
        <w:pStyle w:val="Heading2"/>
        <w:rPr>
          <w:rFonts w:ascii="Arial" w:hAnsi="Arial" w:cs="Arial"/>
          <w:color w:val="007CBB"/>
          <w:sz w:val="32"/>
          <w:szCs w:val="32"/>
        </w:rPr>
      </w:pPr>
      <w:bookmarkStart w:id="9" w:name="_Toc236810489"/>
      <w:r w:rsidRPr="000D49B9">
        <w:rPr>
          <w:rFonts w:ascii="Arial" w:hAnsi="Arial" w:cs="Arial"/>
          <w:color w:val="007CBB"/>
          <w:sz w:val="32"/>
          <w:szCs w:val="32"/>
        </w:rPr>
        <w:t xml:space="preserve">Appendix A – </w:t>
      </w:r>
      <w:r w:rsidR="00B7578E" w:rsidRPr="000D49B9">
        <w:rPr>
          <w:rFonts w:ascii="Arial" w:hAnsi="Arial" w:cs="Arial"/>
          <w:color w:val="007CBB"/>
          <w:sz w:val="32"/>
          <w:szCs w:val="32"/>
        </w:rPr>
        <w:t>Job Description and Person Specification</w:t>
      </w:r>
      <w:bookmarkEnd w:id="9"/>
    </w:p>
    <w:p w14:paraId="2E5653A9" w14:textId="77777777" w:rsidR="00C55BA8" w:rsidRDefault="00B74C3E">
      <w:r>
        <w:br w:type="page"/>
      </w:r>
    </w:p>
    <w:p w14:paraId="40D43CA2" w14:textId="77777777" w:rsidR="00C55BA8" w:rsidRDefault="00B74C3E">
      <w:pPr>
        <w:pStyle w:val="Heading1"/>
      </w:pPr>
      <w:r>
        <w:lastRenderedPageBreak/>
        <w:t>Job Description</w:t>
      </w:r>
    </w:p>
    <w:p w14:paraId="2926DC35" w14:textId="77777777" w:rsidR="00C55BA8" w:rsidRDefault="00B74C3E">
      <w:r>
        <w:rPr>
          <w:b/>
        </w:rPr>
        <w:t xml:space="preserve">Department: </w:t>
      </w:r>
      <w:r>
        <w:t>Highways and Public Protection</w:t>
      </w:r>
    </w:p>
    <w:p w14:paraId="52DAB06C" w14:textId="77777777" w:rsidR="00C55BA8" w:rsidRDefault="00B74C3E">
      <w:r>
        <w:rPr>
          <w:b/>
        </w:rPr>
        <w:t xml:space="preserve">Location: </w:t>
      </w:r>
      <w:r>
        <w:t>Magdalen House</w:t>
      </w:r>
    </w:p>
    <w:p w14:paraId="2AAF10E7" w14:textId="77777777" w:rsidR="00C55BA8" w:rsidRDefault="00B74C3E">
      <w:r>
        <w:rPr>
          <w:b/>
        </w:rPr>
        <w:t xml:space="preserve">Team: </w:t>
      </w:r>
      <w:r>
        <w:t>FCERM Team</w:t>
      </w:r>
    </w:p>
    <w:p w14:paraId="19283674" w14:textId="77777777" w:rsidR="00C55BA8" w:rsidRDefault="00B74C3E">
      <w:r>
        <w:rPr>
          <w:b/>
        </w:rPr>
        <w:t xml:space="preserve">Post: </w:t>
      </w:r>
      <w:r>
        <w:t>Flood and Coastal Erosion Risk Management Officer</w:t>
      </w:r>
    </w:p>
    <w:p w14:paraId="36BDAD06" w14:textId="77777777" w:rsidR="00C55BA8" w:rsidRDefault="00B74C3E">
      <w:r>
        <w:rPr>
          <w:b/>
        </w:rPr>
        <w:t xml:space="preserve">Grade: </w:t>
      </w:r>
      <w:r>
        <w:t>I</w:t>
      </w:r>
    </w:p>
    <w:p w14:paraId="25A39174" w14:textId="77777777" w:rsidR="00C55BA8" w:rsidRDefault="00B74C3E">
      <w:r>
        <w:rPr>
          <w:b/>
        </w:rPr>
        <w:t xml:space="preserve">Responsible to: </w:t>
      </w:r>
      <w:r>
        <w:t>Principal Flood and Coastal Erosion Risk Officer</w:t>
      </w:r>
    </w:p>
    <w:p w14:paraId="0F0FD38E" w14:textId="77777777" w:rsidR="00C55BA8" w:rsidRDefault="00B74C3E">
      <w:r>
        <w:rPr>
          <w:b/>
        </w:rPr>
        <w:t xml:space="preserve">Responsible for: </w:t>
      </w:r>
      <w:r>
        <w:t>Team as set out in the organisation chart attached</w:t>
      </w:r>
    </w:p>
    <w:p w14:paraId="6D339BD7" w14:textId="77777777" w:rsidR="00C55BA8" w:rsidRDefault="00B74C3E">
      <w:pPr>
        <w:pStyle w:val="Heading2"/>
      </w:pPr>
      <w:r>
        <w:t>Job Purpose</w:t>
      </w:r>
    </w:p>
    <w:p w14:paraId="6FEE7C37" w14:textId="77777777" w:rsidR="00C55BA8" w:rsidRDefault="00B74C3E">
      <w:r>
        <w:t>To support the Principal Officer in the delivery of the Flood and Coastal Erosion Risk Management function for the Authority.</w:t>
      </w:r>
    </w:p>
    <w:p w14:paraId="2B204696" w14:textId="77777777" w:rsidR="00C55BA8" w:rsidRDefault="00B74C3E">
      <w:r>
        <w:t>To act as an ambassador for Sefton Council.</w:t>
      </w:r>
    </w:p>
    <w:p w14:paraId="1040C508" w14:textId="77777777" w:rsidR="00C55BA8" w:rsidRDefault="00B74C3E">
      <w:pPr>
        <w:pStyle w:val="Heading2"/>
      </w:pPr>
      <w:r>
        <w:t>Main Duties and Responsibilities</w:t>
      </w:r>
    </w:p>
    <w:p w14:paraId="1FD383E6" w14:textId="7DAA3776" w:rsidR="00C55BA8" w:rsidRDefault="00B74C3E">
      <w:pPr>
        <w:pStyle w:val="ListNumber"/>
      </w:pPr>
      <w:r>
        <w:t>Support the Principal Officer and contribute to the delivery of a service plan, for the team, which will be managed through a performance framework.</w:t>
      </w:r>
    </w:p>
    <w:p w14:paraId="1077C6AE" w14:textId="5EBD6553" w:rsidR="00C55BA8" w:rsidRDefault="00B74C3E">
      <w:pPr>
        <w:pStyle w:val="ListNumber"/>
      </w:pPr>
      <w:r>
        <w:t>Assist in the implementation of powers and duties associated with Flood and Coastal Erosion Risk Management</w:t>
      </w:r>
    </w:p>
    <w:p w14:paraId="5E0DB68F" w14:textId="4535D72E" w:rsidR="00C55BA8" w:rsidRDefault="00B74C3E">
      <w:pPr>
        <w:pStyle w:val="ListNumber"/>
      </w:pPr>
      <w:r>
        <w:t>Assisting in the management of the Council's assets that provide a flood and coastal erosion risk management function to the Council and residents of Sefton.</w:t>
      </w:r>
    </w:p>
    <w:p w14:paraId="4F217260" w14:textId="5DA2BD7E" w:rsidR="00C55BA8" w:rsidRDefault="00B74C3E">
      <w:pPr>
        <w:pStyle w:val="ListNumber"/>
      </w:pPr>
      <w:r>
        <w:t>The provision of technical advice</w:t>
      </w:r>
    </w:p>
    <w:p w14:paraId="512DB254" w14:textId="5852517E" w:rsidR="00C55BA8" w:rsidRDefault="00B74C3E">
      <w:pPr>
        <w:pStyle w:val="ListNumber"/>
      </w:pPr>
      <w:r>
        <w:t>Provide support and make recommendations in the analysis of planning applications</w:t>
      </w:r>
    </w:p>
    <w:p w14:paraId="611F181B" w14:textId="38A5432A" w:rsidR="00C55BA8" w:rsidRDefault="00B74C3E">
      <w:pPr>
        <w:pStyle w:val="ListNumber"/>
      </w:pPr>
      <w:r>
        <w:t>Assisting in the management of revenue and capital budgets</w:t>
      </w:r>
    </w:p>
    <w:p w14:paraId="00ECAA9D" w14:textId="41E6BAD0" w:rsidR="00C55BA8" w:rsidRDefault="00B74C3E">
      <w:pPr>
        <w:pStyle w:val="ListNumber"/>
      </w:pPr>
      <w:r>
        <w:t>Assist with the direction, co-ordination, training and development of employees within the Team.</w:t>
      </w:r>
    </w:p>
    <w:p w14:paraId="125A049B" w14:textId="607CE321" w:rsidR="00C55BA8" w:rsidRDefault="00B74C3E">
      <w:pPr>
        <w:pStyle w:val="ListNumber"/>
      </w:pPr>
      <w:r>
        <w:t>Assist in the preparation and analysis of complex technical reports.</w:t>
      </w:r>
    </w:p>
    <w:p w14:paraId="226F714C" w14:textId="68E31FBE" w:rsidR="00C55BA8" w:rsidRDefault="00B74C3E">
      <w:pPr>
        <w:pStyle w:val="ListNumber"/>
      </w:pPr>
      <w:r>
        <w:t>Assist in the preparation of committee reports and attend working groups and public meetings as necessary</w:t>
      </w:r>
    </w:p>
    <w:p w14:paraId="285A3E6D" w14:textId="5FFE5F30" w:rsidR="00C55BA8" w:rsidRDefault="00B74C3E">
      <w:pPr>
        <w:pStyle w:val="ListNumber"/>
      </w:pPr>
      <w:r>
        <w:t>Advise on and implement the latest standards, legislation and new developments.</w:t>
      </w:r>
    </w:p>
    <w:p w14:paraId="29199435" w14:textId="53B0E1ED" w:rsidR="00C55BA8" w:rsidRDefault="00B74C3E">
      <w:pPr>
        <w:pStyle w:val="ListNumber"/>
      </w:pPr>
      <w:r>
        <w:t>Undertake compliance activity ranging from advising members of the public through to enforcement action.</w:t>
      </w:r>
    </w:p>
    <w:p w14:paraId="555784B7" w14:textId="77777777" w:rsidR="00C55BA8" w:rsidRDefault="00B74C3E">
      <w:pPr>
        <w:pStyle w:val="Heading2"/>
      </w:pPr>
      <w:r>
        <w:t>Team Service Description</w:t>
      </w:r>
    </w:p>
    <w:p w14:paraId="198B3F4E" w14:textId="77777777" w:rsidR="00C55BA8" w:rsidRDefault="00B74C3E">
      <w:r>
        <w:t>Green infrastructure provides our communities with a clean, green Borough, including parks and greenspaces, trees and woodlands, play and recreational facilities, and our coast and countryside, to the benefit of residents, visitors, investors and nature.</w:t>
      </w:r>
    </w:p>
    <w:p w14:paraId="0E0854D4" w14:textId="77777777" w:rsidR="00C55BA8" w:rsidRDefault="00B74C3E">
      <w:r>
        <w:lastRenderedPageBreak/>
        <w:t>The Development Team takes a long-term perspective in identifying and understanding the risk of flooding and coastal erosion and putting plans in place to manage this risk. It also identifies, develops and delivers strategies and plans that lead to improvements to green infrastructure and contribute to service delivery. The team seeks continuous improvement to develop an effective, efficient and customer-focused service.</w:t>
      </w:r>
    </w:p>
    <w:p w14:paraId="70AAF30C" w14:textId="77777777" w:rsidR="00C55BA8" w:rsidRDefault="00B74C3E">
      <w:pPr>
        <w:pStyle w:val="Heading2"/>
      </w:pPr>
      <w:r>
        <w:t>Outcomes</w:t>
      </w:r>
    </w:p>
    <w:p w14:paraId="693B0FBD" w14:textId="77777777" w:rsidR="00C55BA8" w:rsidRDefault="00B74C3E">
      <w:pPr>
        <w:pStyle w:val="ListBullet"/>
      </w:pPr>
      <w:r>
        <w:t>Prevent flood risk increasing and, where possible, reduce it.</w:t>
      </w:r>
    </w:p>
    <w:p w14:paraId="19D7B395" w14:textId="77777777" w:rsidR="00C55BA8" w:rsidRDefault="00B74C3E">
      <w:pPr>
        <w:pStyle w:val="ListBullet"/>
      </w:pPr>
      <w:r>
        <w:t>Reduce the consequences of flood events and coastal erosion.</w:t>
      </w:r>
    </w:p>
    <w:p w14:paraId="03112084" w14:textId="77777777" w:rsidR="00C55BA8" w:rsidRDefault="00B74C3E">
      <w:pPr>
        <w:pStyle w:val="ListBullet"/>
      </w:pPr>
      <w:r>
        <w:t>Support the management and development of green infrastructure to deliver benefits for people, place and nature.</w:t>
      </w:r>
    </w:p>
    <w:p w14:paraId="43192312" w14:textId="77777777" w:rsidR="00C55BA8" w:rsidRDefault="00B74C3E">
      <w:pPr>
        <w:pStyle w:val="Heading2"/>
      </w:pPr>
      <w:r>
        <w:t>Key Linkages</w:t>
      </w:r>
    </w:p>
    <w:p w14:paraId="36634F72" w14:textId="77777777" w:rsidR="00C55BA8" w:rsidRDefault="00B74C3E">
      <w:r>
        <w:t>The postholder will work with other teams, corporate departments, outside agencies, partners and members of the public. Critical relationships include:</w:t>
      </w:r>
    </w:p>
    <w:p w14:paraId="1AEB9418" w14:textId="77777777" w:rsidR="00C55BA8" w:rsidRDefault="00B74C3E">
      <w:pPr>
        <w:pStyle w:val="ListBullet"/>
      </w:pPr>
      <w:r>
        <w:t>Planning</w:t>
      </w:r>
    </w:p>
    <w:p w14:paraId="5A9D21BA" w14:textId="77777777" w:rsidR="00C55BA8" w:rsidRDefault="00B74C3E">
      <w:pPr>
        <w:pStyle w:val="ListBullet"/>
      </w:pPr>
      <w:r>
        <w:t>Environment Agency</w:t>
      </w:r>
    </w:p>
    <w:p w14:paraId="5923C193" w14:textId="77777777" w:rsidR="00C55BA8" w:rsidRDefault="00B74C3E">
      <w:pPr>
        <w:pStyle w:val="ListBullet"/>
      </w:pPr>
      <w:r>
        <w:t>Liverpool City Region local authorities</w:t>
      </w:r>
    </w:p>
    <w:p w14:paraId="4BC5F88C" w14:textId="77777777" w:rsidR="00C55BA8" w:rsidRDefault="00B74C3E">
      <w:pPr>
        <w:pStyle w:val="ListBullet"/>
      </w:pPr>
      <w:r>
        <w:t>United Utilities</w:t>
      </w:r>
    </w:p>
    <w:p w14:paraId="04DCEC07" w14:textId="77777777" w:rsidR="00C55BA8" w:rsidRDefault="00B74C3E">
      <w:pPr>
        <w:pStyle w:val="ListBullet"/>
      </w:pPr>
      <w:r>
        <w:t xml:space="preserve">Coastal local authorities within the </w:t>
      </w:r>
      <w:proofErr w:type="gramStart"/>
      <w:r>
        <w:t>North West</w:t>
      </w:r>
      <w:proofErr w:type="gramEnd"/>
      <w:r>
        <w:t xml:space="preserve"> and North Wales</w:t>
      </w:r>
    </w:p>
    <w:p w14:paraId="2A5781DD" w14:textId="77777777" w:rsidR="00C55BA8" w:rsidRDefault="00B74C3E">
      <w:pPr>
        <w:pStyle w:val="ListBullet"/>
      </w:pPr>
      <w:r>
        <w:t>Natural England</w:t>
      </w:r>
    </w:p>
    <w:p w14:paraId="7A1DD366" w14:textId="77777777" w:rsidR="00C55BA8" w:rsidRDefault="00B74C3E">
      <w:pPr>
        <w:pStyle w:val="Heading2"/>
      </w:pPr>
      <w:r>
        <w:t>Special Conditions</w:t>
      </w:r>
    </w:p>
    <w:p w14:paraId="6543E145" w14:textId="77777777" w:rsidR="00C55BA8" w:rsidRDefault="00B74C3E">
      <w:pPr>
        <w:pStyle w:val="ListBullet"/>
      </w:pPr>
      <w:r>
        <w:t>Attendance at evening meetings of the Council’s Committees and Resident or Interest Group meetings may be a feature of this post.</w:t>
      </w:r>
    </w:p>
    <w:p w14:paraId="7825FF96" w14:textId="77777777" w:rsidR="00C55BA8" w:rsidRDefault="00B74C3E">
      <w:pPr>
        <w:pStyle w:val="ListBullet"/>
      </w:pPr>
      <w:r>
        <w:t>A casual car user’s allowance is available. The post holder must hold a current driving licence.</w:t>
      </w:r>
    </w:p>
    <w:p w14:paraId="64CB106E" w14:textId="77777777" w:rsidR="00C55BA8" w:rsidRDefault="00B74C3E">
      <w:pPr>
        <w:pStyle w:val="ListBullet"/>
      </w:pPr>
      <w:r>
        <w:t>There may be times when working around tides is required.</w:t>
      </w:r>
    </w:p>
    <w:p w14:paraId="5D423E60" w14:textId="77777777" w:rsidR="00C55BA8" w:rsidRDefault="00B74C3E">
      <w:pPr>
        <w:pStyle w:val="ListBullet"/>
      </w:pPr>
      <w:r>
        <w:t>You may be required to work at locations across the north-west coast in support of the Cell 11 Regional Monitoring Programme (CERMS).</w:t>
      </w:r>
    </w:p>
    <w:p w14:paraId="515FD0BA" w14:textId="77777777" w:rsidR="00C55BA8" w:rsidRDefault="00B74C3E">
      <w:pPr>
        <w:pStyle w:val="ListBullet"/>
      </w:pPr>
      <w:r>
        <w:t>The post holder must be able to undertake site work where the terrain may be difficult.</w:t>
      </w:r>
    </w:p>
    <w:p w14:paraId="63D73FF7" w14:textId="77777777" w:rsidR="00C55BA8" w:rsidRDefault="00B74C3E">
      <w:pPr>
        <w:pStyle w:val="ListBullet"/>
      </w:pPr>
      <w:r>
        <w:t>The post holder must be able to undertake tasks in adverse weather conditions.</w:t>
      </w:r>
    </w:p>
    <w:p w14:paraId="53BDE31C" w14:textId="77777777" w:rsidR="00C55BA8" w:rsidRDefault="00B74C3E">
      <w:pPr>
        <w:pStyle w:val="ListBullet"/>
      </w:pPr>
      <w:r>
        <w:t xml:space="preserve">The post holder must be able to work outside of normal hours </w:t>
      </w:r>
      <w:proofErr w:type="gramStart"/>
      <w:r>
        <w:t>in order to</w:t>
      </w:r>
      <w:proofErr w:type="gramEnd"/>
      <w:r>
        <w:t xml:space="preserve"> undertake surveys during low tides.</w:t>
      </w:r>
    </w:p>
    <w:p w14:paraId="36BE9718" w14:textId="77777777" w:rsidR="00C55BA8" w:rsidRDefault="00B74C3E">
      <w:pPr>
        <w:pStyle w:val="ListBullet"/>
      </w:pPr>
      <w:r>
        <w:t>The post holder must be able to undertake site work over long periods, regular full days.</w:t>
      </w:r>
    </w:p>
    <w:p w14:paraId="48B7391A" w14:textId="77777777" w:rsidR="00C55BA8" w:rsidRDefault="00B74C3E">
      <w:pPr>
        <w:pStyle w:val="Heading2"/>
      </w:pPr>
      <w:r>
        <w:t>General Requirements</w:t>
      </w:r>
    </w:p>
    <w:p w14:paraId="38167BEE" w14:textId="77777777" w:rsidR="00C55BA8" w:rsidRDefault="00B74C3E">
      <w:r>
        <w:t>The post holder will be expected to work flexibly and the exact nature of the duties described above is subject to periodic review and is liable to change.</w:t>
      </w:r>
    </w:p>
    <w:p w14:paraId="519D1900" w14:textId="77777777" w:rsidR="00C55BA8" w:rsidRDefault="00B74C3E">
      <w:r>
        <w:lastRenderedPageBreak/>
        <w:t>The post holder will be expected to comply, observe and promote the equal opportunities of the Council.</w:t>
      </w:r>
    </w:p>
    <w:p w14:paraId="12D4F00A" w14:textId="77777777" w:rsidR="00C55BA8" w:rsidRDefault="00B74C3E">
      <w:r>
        <w:t>This job description is a representative document. Other reasonably similar duties may be allocated from time to time commensurate with the general character of the post and it’s grading.</w:t>
      </w:r>
    </w:p>
    <w:p w14:paraId="0E097DB6" w14:textId="77777777" w:rsidR="00C55BA8" w:rsidRDefault="00B74C3E">
      <w:r>
        <w:t>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w:t>
      </w:r>
    </w:p>
    <w:p w14:paraId="1D286CEF" w14:textId="77777777" w:rsidR="00C55BA8" w:rsidRDefault="00B74C3E">
      <w:r>
        <w:t>The Authority has an approved equality and diversity policy in employment and copies are freely available to all employees. The post holder will be expected to comply, observe and promote the equality and diversity policies of the Council.</w:t>
      </w:r>
    </w:p>
    <w:p w14:paraId="32E7E10B" w14:textId="77777777" w:rsidR="00C55BA8" w:rsidRDefault="00B74C3E">
      <w:r>
        <w:t xml:space="preserve">Since confidential information may be involved with the duties of this post, the post holder will be required to </w:t>
      </w:r>
      <w:proofErr w:type="gramStart"/>
      <w:r>
        <w:t>exercise discretion at all times</w:t>
      </w:r>
      <w:proofErr w:type="gramEnd"/>
      <w:r>
        <w:t xml:space="preserve"> and to observe relevant codes of practice and legislation in relation to data protection and personal information.</w:t>
      </w:r>
    </w:p>
    <w:p w14:paraId="04B14322" w14:textId="77777777" w:rsidR="00C55BA8" w:rsidRDefault="00B74C3E">
      <w:r>
        <w:t>Undertake, and participate in training, coaching and development activities, as appropriate.</w:t>
      </w:r>
    </w:p>
    <w:p w14:paraId="1F69248E" w14:textId="77777777" w:rsidR="00C55BA8" w:rsidRDefault="00B74C3E">
      <w:r>
        <w:t xml:space="preserve">Note: </w:t>
      </w:r>
      <w:r>
        <w:tab/>
        <w:t>Where the post holder is disabled, every effort will be made to support all necessary aids, adaptations or equipment to allow them to carry out all the duties of the job.</w:t>
      </w:r>
    </w:p>
    <w:p w14:paraId="1FAC0DB7" w14:textId="77777777" w:rsidR="00C55BA8" w:rsidRDefault="00B74C3E">
      <w:pPr>
        <w:pStyle w:val="Heading1"/>
      </w:pPr>
      <w:r>
        <w:t>Person Specification</w:t>
      </w:r>
    </w:p>
    <w:p w14:paraId="2696ECD0" w14:textId="77777777" w:rsidR="00C55BA8" w:rsidRDefault="00B74C3E">
      <w:r>
        <w:rPr>
          <w:b/>
        </w:rPr>
        <w:t xml:space="preserve">Post: </w:t>
      </w:r>
      <w:r>
        <w:t>Flood and Coastal Erosion Risk Management Officer</w:t>
      </w:r>
    </w:p>
    <w:p w14:paraId="0707BE68" w14:textId="77777777" w:rsidR="00C55BA8" w:rsidRDefault="00B74C3E">
      <w:r>
        <w:rPr>
          <w:b/>
        </w:rPr>
        <w:t xml:space="preserve">Department: </w:t>
      </w:r>
      <w:r>
        <w:t>Highways and Public Protection</w:t>
      </w:r>
    </w:p>
    <w:p w14:paraId="4F206343" w14:textId="77777777" w:rsidR="00C55BA8" w:rsidRDefault="00B74C3E">
      <w:r>
        <w:rPr>
          <w:b/>
        </w:rPr>
        <w:t xml:space="preserve">Team: </w:t>
      </w:r>
      <w:r>
        <w:t>FCERM Team</w:t>
      </w:r>
    </w:p>
    <w:tbl>
      <w:tblPr>
        <w:tblStyle w:val="TableGrid"/>
        <w:tblW w:w="0" w:type="auto"/>
        <w:tblLook w:val="04A0" w:firstRow="1" w:lastRow="0" w:firstColumn="1" w:lastColumn="0" w:noHBand="0" w:noVBand="1"/>
      </w:tblPr>
      <w:tblGrid>
        <w:gridCol w:w="5324"/>
        <w:gridCol w:w="1605"/>
        <w:gridCol w:w="1701"/>
      </w:tblGrid>
      <w:tr w:rsidR="00C55BA8" w14:paraId="5C99311A" w14:textId="77777777" w:rsidTr="00D16EE7">
        <w:tc>
          <w:tcPr>
            <w:tcW w:w="5324" w:type="dxa"/>
            <w:tcMar>
              <w:top w:w="90" w:type="dxa"/>
              <w:left w:w="90" w:type="dxa"/>
              <w:bottom w:w="90" w:type="dxa"/>
              <w:right w:w="90" w:type="dxa"/>
            </w:tcMar>
            <w:vAlign w:val="center"/>
          </w:tcPr>
          <w:p w14:paraId="288CE61F" w14:textId="77777777" w:rsidR="00C55BA8" w:rsidRDefault="00B74C3E">
            <w:pPr>
              <w:spacing w:after="40"/>
            </w:pPr>
            <w:r>
              <w:rPr>
                <w:b/>
                <w:sz w:val="18"/>
              </w:rPr>
              <w:t>Personal attributes required</w:t>
            </w:r>
          </w:p>
        </w:tc>
        <w:tc>
          <w:tcPr>
            <w:tcW w:w="1605" w:type="dxa"/>
            <w:tcMar>
              <w:top w:w="90" w:type="dxa"/>
              <w:left w:w="90" w:type="dxa"/>
              <w:bottom w:w="90" w:type="dxa"/>
              <w:right w:w="90" w:type="dxa"/>
            </w:tcMar>
            <w:vAlign w:val="center"/>
          </w:tcPr>
          <w:p w14:paraId="4064F280" w14:textId="77777777" w:rsidR="00C55BA8" w:rsidRDefault="00B74C3E">
            <w:pPr>
              <w:spacing w:after="40"/>
            </w:pPr>
            <w:r>
              <w:rPr>
                <w:b/>
                <w:sz w:val="18"/>
              </w:rPr>
              <w:t>Essential (E) or Desirable (D)</w:t>
            </w:r>
          </w:p>
        </w:tc>
        <w:tc>
          <w:tcPr>
            <w:tcW w:w="1701" w:type="dxa"/>
            <w:tcMar>
              <w:top w:w="90" w:type="dxa"/>
              <w:left w:w="90" w:type="dxa"/>
              <w:bottom w:w="90" w:type="dxa"/>
              <w:right w:w="90" w:type="dxa"/>
            </w:tcMar>
            <w:vAlign w:val="center"/>
          </w:tcPr>
          <w:p w14:paraId="7BB7FE06" w14:textId="77777777" w:rsidR="00C55BA8" w:rsidRDefault="00B74C3E">
            <w:pPr>
              <w:spacing w:after="40"/>
            </w:pPr>
            <w:r>
              <w:rPr>
                <w:b/>
                <w:sz w:val="18"/>
              </w:rPr>
              <w:t>Method of assessment</w:t>
            </w:r>
          </w:p>
        </w:tc>
      </w:tr>
      <w:tr w:rsidR="00C55BA8" w14:paraId="6FB05919" w14:textId="77777777" w:rsidTr="00D16EE7">
        <w:tc>
          <w:tcPr>
            <w:tcW w:w="5324" w:type="dxa"/>
            <w:tcMar>
              <w:top w:w="90" w:type="dxa"/>
              <w:left w:w="90" w:type="dxa"/>
              <w:bottom w:w="90" w:type="dxa"/>
              <w:right w:w="90" w:type="dxa"/>
            </w:tcMar>
            <w:vAlign w:val="center"/>
          </w:tcPr>
          <w:p w14:paraId="7BFD9546" w14:textId="77777777" w:rsidR="00C55BA8" w:rsidRDefault="00B74C3E">
            <w:pPr>
              <w:spacing w:after="40"/>
            </w:pPr>
            <w:r>
              <w:rPr>
                <w:b/>
                <w:sz w:val="18"/>
              </w:rPr>
              <w:t>QUALIFICATIONS / TRAINING</w:t>
            </w:r>
          </w:p>
        </w:tc>
        <w:tc>
          <w:tcPr>
            <w:tcW w:w="1605" w:type="dxa"/>
            <w:tcMar>
              <w:top w:w="90" w:type="dxa"/>
              <w:left w:w="90" w:type="dxa"/>
              <w:bottom w:w="90" w:type="dxa"/>
              <w:right w:w="90" w:type="dxa"/>
            </w:tcMar>
            <w:vAlign w:val="center"/>
          </w:tcPr>
          <w:p w14:paraId="4A548EAC" w14:textId="77777777" w:rsidR="00C55BA8" w:rsidRDefault="00C55BA8">
            <w:pPr>
              <w:spacing w:after="40"/>
            </w:pPr>
          </w:p>
        </w:tc>
        <w:tc>
          <w:tcPr>
            <w:tcW w:w="1701" w:type="dxa"/>
            <w:tcMar>
              <w:top w:w="90" w:type="dxa"/>
              <w:left w:w="90" w:type="dxa"/>
              <w:bottom w:w="90" w:type="dxa"/>
              <w:right w:w="90" w:type="dxa"/>
            </w:tcMar>
            <w:vAlign w:val="center"/>
          </w:tcPr>
          <w:p w14:paraId="28F23A39" w14:textId="77777777" w:rsidR="00C55BA8" w:rsidRDefault="00C55BA8">
            <w:pPr>
              <w:spacing w:after="40"/>
            </w:pPr>
          </w:p>
        </w:tc>
      </w:tr>
      <w:tr w:rsidR="00C55BA8" w14:paraId="47F334DF" w14:textId="77777777" w:rsidTr="00D16EE7">
        <w:tc>
          <w:tcPr>
            <w:tcW w:w="5324" w:type="dxa"/>
            <w:tcMar>
              <w:top w:w="90" w:type="dxa"/>
              <w:left w:w="90" w:type="dxa"/>
              <w:bottom w:w="90" w:type="dxa"/>
              <w:right w:w="90" w:type="dxa"/>
            </w:tcMar>
            <w:vAlign w:val="center"/>
          </w:tcPr>
          <w:p w14:paraId="5B56FD5B" w14:textId="77777777" w:rsidR="00C55BA8" w:rsidRDefault="00B74C3E">
            <w:pPr>
              <w:spacing w:after="40"/>
            </w:pPr>
            <w:r>
              <w:rPr>
                <w:sz w:val="18"/>
              </w:rPr>
              <w:t>Professional membership qualification</w:t>
            </w:r>
          </w:p>
        </w:tc>
        <w:tc>
          <w:tcPr>
            <w:tcW w:w="1605" w:type="dxa"/>
            <w:tcMar>
              <w:top w:w="90" w:type="dxa"/>
              <w:left w:w="90" w:type="dxa"/>
              <w:bottom w:w="90" w:type="dxa"/>
              <w:right w:w="90" w:type="dxa"/>
            </w:tcMar>
            <w:vAlign w:val="center"/>
          </w:tcPr>
          <w:p w14:paraId="33426DD7" w14:textId="77777777" w:rsidR="00C55BA8" w:rsidRDefault="00B74C3E">
            <w:pPr>
              <w:spacing w:after="40"/>
            </w:pPr>
            <w:r>
              <w:rPr>
                <w:sz w:val="18"/>
              </w:rPr>
              <w:t>D</w:t>
            </w:r>
          </w:p>
        </w:tc>
        <w:tc>
          <w:tcPr>
            <w:tcW w:w="1701" w:type="dxa"/>
            <w:tcMar>
              <w:top w:w="90" w:type="dxa"/>
              <w:left w:w="90" w:type="dxa"/>
              <w:bottom w:w="90" w:type="dxa"/>
              <w:right w:w="90" w:type="dxa"/>
            </w:tcMar>
            <w:vAlign w:val="center"/>
          </w:tcPr>
          <w:p w14:paraId="167CAC85" w14:textId="77777777" w:rsidR="00C55BA8" w:rsidRDefault="00B74C3E">
            <w:pPr>
              <w:spacing w:after="40"/>
            </w:pPr>
            <w:r>
              <w:rPr>
                <w:sz w:val="18"/>
              </w:rPr>
              <w:t>AF/C</w:t>
            </w:r>
          </w:p>
        </w:tc>
      </w:tr>
      <w:tr w:rsidR="00C55BA8" w14:paraId="4F2F6C14" w14:textId="77777777" w:rsidTr="00D16EE7">
        <w:tc>
          <w:tcPr>
            <w:tcW w:w="5324" w:type="dxa"/>
            <w:tcMar>
              <w:top w:w="90" w:type="dxa"/>
              <w:left w:w="90" w:type="dxa"/>
              <w:bottom w:w="90" w:type="dxa"/>
              <w:right w:w="90" w:type="dxa"/>
            </w:tcMar>
            <w:vAlign w:val="center"/>
          </w:tcPr>
          <w:p w14:paraId="58401E96" w14:textId="77777777" w:rsidR="00C55BA8" w:rsidRDefault="00B74C3E">
            <w:pPr>
              <w:spacing w:after="40"/>
            </w:pPr>
            <w:r>
              <w:rPr>
                <w:sz w:val="18"/>
              </w:rPr>
              <w:t>Business / management qualification</w:t>
            </w:r>
          </w:p>
        </w:tc>
        <w:tc>
          <w:tcPr>
            <w:tcW w:w="1605" w:type="dxa"/>
            <w:tcMar>
              <w:top w:w="90" w:type="dxa"/>
              <w:left w:w="90" w:type="dxa"/>
              <w:bottom w:w="90" w:type="dxa"/>
              <w:right w:w="90" w:type="dxa"/>
            </w:tcMar>
            <w:vAlign w:val="center"/>
          </w:tcPr>
          <w:p w14:paraId="2EE23696" w14:textId="77777777" w:rsidR="00C55BA8" w:rsidRDefault="00B74C3E">
            <w:pPr>
              <w:spacing w:after="40"/>
            </w:pPr>
            <w:r>
              <w:rPr>
                <w:sz w:val="18"/>
              </w:rPr>
              <w:t>D</w:t>
            </w:r>
          </w:p>
        </w:tc>
        <w:tc>
          <w:tcPr>
            <w:tcW w:w="1701" w:type="dxa"/>
            <w:tcMar>
              <w:top w:w="90" w:type="dxa"/>
              <w:left w:w="90" w:type="dxa"/>
              <w:bottom w:w="90" w:type="dxa"/>
              <w:right w:w="90" w:type="dxa"/>
            </w:tcMar>
            <w:vAlign w:val="center"/>
          </w:tcPr>
          <w:p w14:paraId="3754E705" w14:textId="77777777" w:rsidR="00C55BA8" w:rsidRDefault="00B74C3E">
            <w:pPr>
              <w:spacing w:after="40"/>
            </w:pPr>
            <w:r>
              <w:rPr>
                <w:sz w:val="18"/>
              </w:rPr>
              <w:t>AF/C</w:t>
            </w:r>
          </w:p>
        </w:tc>
      </w:tr>
      <w:tr w:rsidR="00C55BA8" w14:paraId="0F6B42D4" w14:textId="77777777" w:rsidTr="00D16EE7">
        <w:tc>
          <w:tcPr>
            <w:tcW w:w="5324" w:type="dxa"/>
            <w:tcMar>
              <w:top w:w="90" w:type="dxa"/>
              <w:left w:w="90" w:type="dxa"/>
              <w:bottom w:w="90" w:type="dxa"/>
              <w:right w:w="90" w:type="dxa"/>
            </w:tcMar>
            <w:vAlign w:val="center"/>
          </w:tcPr>
          <w:p w14:paraId="69521D1F" w14:textId="77777777" w:rsidR="00C55BA8" w:rsidRDefault="00B74C3E">
            <w:pPr>
              <w:spacing w:after="40"/>
            </w:pPr>
            <w:r>
              <w:rPr>
                <w:sz w:val="18"/>
              </w:rPr>
              <w:t>Degree in an appropriate discipline</w:t>
            </w:r>
          </w:p>
        </w:tc>
        <w:tc>
          <w:tcPr>
            <w:tcW w:w="1605" w:type="dxa"/>
            <w:tcMar>
              <w:top w:w="90" w:type="dxa"/>
              <w:left w:w="90" w:type="dxa"/>
              <w:bottom w:w="90" w:type="dxa"/>
              <w:right w:w="90" w:type="dxa"/>
            </w:tcMar>
            <w:vAlign w:val="center"/>
          </w:tcPr>
          <w:p w14:paraId="0E3410A5"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7E6F505F" w14:textId="77777777" w:rsidR="00C55BA8" w:rsidRDefault="00B74C3E">
            <w:pPr>
              <w:spacing w:after="40"/>
            </w:pPr>
            <w:r>
              <w:rPr>
                <w:sz w:val="18"/>
              </w:rPr>
              <w:t>AF/C</w:t>
            </w:r>
          </w:p>
        </w:tc>
      </w:tr>
      <w:tr w:rsidR="00C55BA8" w14:paraId="1588D499" w14:textId="77777777" w:rsidTr="00D16EE7">
        <w:tc>
          <w:tcPr>
            <w:tcW w:w="5324" w:type="dxa"/>
            <w:tcMar>
              <w:top w:w="90" w:type="dxa"/>
              <w:left w:w="90" w:type="dxa"/>
              <w:bottom w:w="90" w:type="dxa"/>
              <w:right w:w="90" w:type="dxa"/>
            </w:tcMar>
            <w:vAlign w:val="center"/>
          </w:tcPr>
          <w:p w14:paraId="20EF6B4D" w14:textId="77777777" w:rsidR="00C55BA8" w:rsidRDefault="00B74C3E">
            <w:pPr>
              <w:spacing w:after="40"/>
            </w:pPr>
            <w:r>
              <w:rPr>
                <w:sz w:val="18"/>
              </w:rPr>
              <w:t>Postgraduate qualification in an appropriate discipline</w:t>
            </w:r>
          </w:p>
        </w:tc>
        <w:tc>
          <w:tcPr>
            <w:tcW w:w="1605" w:type="dxa"/>
            <w:tcMar>
              <w:top w:w="90" w:type="dxa"/>
              <w:left w:w="90" w:type="dxa"/>
              <w:bottom w:w="90" w:type="dxa"/>
              <w:right w:w="90" w:type="dxa"/>
            </w:tcMar>
            <w:vAlign w:val="center"/>
          </w:tcPr>
          <w:p w14:paraId="1BF429DD" w14:textId="77777777" w:rsidR="00C55BA8" w:rsidRDefault="00B74C3E">
            <w:pPr>
              <w:spacing w:after="40"/>
            </w:pPr>
            <w:r>
              <w:rPr>
                <w:sz w:val="18"/>
              </w:rPr>
              <w:t>D</w:t>
            </w:r>
          </w:p>
        </w:tc>
        <w:tc>
          <w:tcPr>
            <w:tcW w:w="1701" w:type="dxa"/>
            <w:tcMar>
              <w:top w:w="90" w:type="dxa"/>
              <w:left w:w="90" w:type="dxa"/>
              <w:bottom w:w="90" w:type="dxa"/>
              <w:right w:w="90" w:type="dxa"/>
            </w:tcMar>
            <w:vAlign w:val="center"/>
          </w:tcPr>
          <w:p w14:paraId="00F6C24E" w14:textId="77777777" w:rsidR="00C55BA8" w:rsidRDefault="00B74C3E">
            <w:pPr>
              <w:spacing w:after="40"/>
            </w:pPr>
            <w:r>
              <w:rPr>
                <w:sz w:val="18"/>
              </w:rPr>
              <w:t>AF/C</w:t>
            </w:r>
          </w:p>
        </w:tc>
      </w:tr>
      <w:tr w:rsidR="00C55BA8" w14:paraId="583FA967" w14:textId="77777777" w:rsidTr="00D16EE7">
        <w:tc>
          <w:tcPr>
            <w:tcW w:w="5324" w:type="dxa"/>
            <w:tcMar>
              <w:top w:w="90" w:type="dxa"/>
              <w:left w:w="90" w:type="dxa"/>
              <w:bottom w:w="90" w:type="dxa"/>
              <w:right w:w="90" w:type="dxa"/>
            </w:tcMar>
            <w:vAlign w:val="center"/>
          </w:tcPr>
          <w:p w14:paraId="3D50B625" w14:textId="77777777" w:rsidR="00C55BA8" w:rsidRDefault="00B74C3E">
            <w:pPr>
              <w:spacing w:after="40"/>
            </w:pPr>
            <w:r>
              <w:rPr>
                <w:b/>
                <w:sz w:val="18"/>
              </w:rPr>
              <w:lastRenderedPageBreak/>
              <w:t>EXPERIENCE</w:t>
            </w:r>
          </w:p>
        </w:tc>
        <w:tc>
          <w:tcPr>
            <w:tcW w:w="1605" w:type="dxa"/>
            <w:tcMar>
              <w:top w:w="90" w:type="dxa"/>
              <w:left w:w="90" w:type="dxa"/>
              <w:bottom w:w="90" w:type="dxa"/>
              <w:right w:w="90" w:type="dxa"/>
            </w:tcMar>
            <w:vAlign w:val="center"/>
          </w:tcPr>
          <w:p w14:paraId="5C687023" w14:textId="77777777" w:rsidR="00C55BA8" w:rsidRDefault="00C55BA8">
            <w:pPr>
              <w:spacing w:after="40"/>
            </w:pPr>
          </w:p>
        </w:tc>
        <w:tc>
          <w:tcPr>
            <w:tcW w:w="1701" w:type="dxa"/>
            <w:tcMar>
              <w:top w:w="90" w:type="dxa"/>
              <w:left w:w="90" w:type="dxa"/>
              <w:bottom w:w="90" w:type="dxa"/>
              <w:right w:w="90" w:type="dxa"/>
            </w:tcMar>
            <w:vAlign w:val="center"/>
          </w:tcPr>
          <w:p w14:paraId="2DA2C3D6" w14:textId="77777777" w:rsidR="00C55BA8" w:rsidRDefault="00C55BA8">
            <w:pPr>
              <w:spacing w:after="40"/>
            </w:pPr>
          </w:p>
        </w:tc>
      </w:tr>
      <w:tr w:rsidR="00C55BA8" w14:paraId="35B1715C" w14:textId="77777777" w:rsidTr="00D16EE7">
        <w:tc>
          <w:tcPr>
            <w:tcW w:w="5324" w:type="dxa"/>
            <w:tcMar>
              <w:top w:w="90" w:type="dxa"/>
              <w:left w:w="90" w:type="dxa"/>
              <w:bottom w:w="90" w:type="dxa"/>
              <w:right w:w="90" w:type="dxa"/>
            </w:tcMar>
            <w:vAlign w:val="center"/>
          </w:tcPr>
          <w:p w14:paraId="1D52CB42" w14:textId="77777777" w:rsidR="00C55BA8" w:rsidRDefault="00B74C3E">
            <w:pPr>
              <w:spacing w:after="40"/>
            </w:pPr>
            <w:r>
              <w:rPr>
                <w:sz w:val="18"/>
              </w:rPr>
              <w:t>Experience in flood and coastal erosion risk management, including commissioning works, reviewing strategies, communicating risk and strategic planning</w:t>
            </w:r>
          </w:p>
        </w:tc>
        <w:tc>
          <w:tcPr>
            <w:tcW w:w="1605" w:type="dxa"/>
            <w:tcMar>
              <w:top w:w="90" w:type="dxa"/>
              <w:left w:w="90" w:type="dxa"/>
              <w:bottom w:w="90" w:type="dxa"/>
              <w:right w:w="90" w:type="dxa"/>
            </w:tcMar>
            <w:vAlign w:val="center"/>
          </w:tcPr>
          <w:p w14:paraId="0C4C599A"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68162C61" w14:textId="77777777" w:rsidR="00C55BA8" w:rsidRDefault="00B74C3E">
            <w:pPr>
              <w:spacing w:after="40"/>
            </w:pPr>
            <w:r>
              <w:rPr>
                <w:sz w:val="18"/>
              </w:rPr>
              <w:t>AF/I</w:t>
            </w:r>
          </w:p>
        </w:tc>
      </w:tr>
      <w:tr w:rsidR="00C55BA8" w14:paraId="71341FEE" w14:textId="77777777" w:rsidTr="00D16EE7">
        <w:tc>
          <w:tcPr>
            <w:tcW w:w="5324" w:type="dxa"/>
            <w:tcMar>
              <w:top w:w="90" w:type="dxa"/>
              <w:left w:w="90" w:type="dxa"/>
              <w:bottom w:w="90" w:type="dxa"/>
              <w:right w:w="90" w:type="dxa"/>
            </w:tcMar>
            <w:vAlign w:val="center"/>
          </w:tcPr>
          <w:p w14:paraId="7356B461" w14:textId="77777777" w:rsidR="00C55BA8" w:rsidRDefault="00B74C3E">
            <w:pPr>
              <w:spacing w:after="40"/>
            </w:pPr>
            <w:r>
              <w:rPr>
                <w:sz w:val="18"/>
              </w:rPr>
              <w:t>Experience of leading a multidisciplinary team through direct supervision and partnership working</w:t>
            </w:r>
          </w:p>
        </w:tc>
        <w:tc>
          <w:tcPr>
            <w:tcW w:w="1605" w:type="dxa"/>
            <w:tcMar>
              <w:top w:w="90" w:type="dxa"/>
              <w:left w:w="90" w:type="dxa"/>
              <w:bottom w:w="90" w:type="dxa"/>
              <w:right w:w="90" w:type="dxa"/>
            </w:tcMar>
            <w:vAlign w:val="center"/>
          </w:tcPr>
          <w:p w14:paraId="6052E4E6" w14:textId="77777777" w:rsidR="00C55BA8" w:rsidRDefault="00B74C3E">
            <w:pPr>
              <w:spacing w:after="40"/>
            </w:pPr>
            <w:r>
              <w:rPr>
                <w:sz w:val="18"/>
              </w:rPr>
              <w:t>D</w:t>
            </w:r>
          </w:p>
        </w:tc>
        <w:tc>
          <w:tcPr>
            <w:tcW w:w="1701" w:type="dxa"/>
            <w:tcMar>
              <w:top w:w="90" w:type="dxa"/>
              <w:left w:w="90" w:type="dxa"/>
              <w:bottom w:w="90" w:type="dxa"/>
              <w:right w:w="90" w:type="dxa"/>
            </w:tcMar>
            <w:vAlign w:val="center"/>
          </w:tcPr>
          <w:p w14:paraId="6724288A" w14:textId="77777777" w:rsidR="00C55BA8" w:rsidRDefault="00B74C3E">
            <w:pPr>
              <w:spacing w:after="40"/>
            </w:pPr>
            <w:r>
              <w:rPr>
                <w:sz w:val="18"/>
              </w:rPr>
              <w:t>AF/I</w:t>
            </w:r>
          </w:p>
        </w:tc>
      </w:tr>
      <w:tr w:rsidR="00C55BA8" w14:paraId="43FF0357" w14:textId="77777777" w:rsidTr="00D16EE7">
        <w:tc>
          <w:tcPr>
            <w:tcW w:w="5324" w:type="dxa"/>
            <w:tcMar>
              <w:top w:w="90" w:type="dxa"/>
              <w:left w:w="90" w:type="dxa"/>
              <w:bottom w:w="90" w:type="dxa"/>
              <w:right w:w="90" w:type="dxa"/>
            </w:tcMar>
            <w:vAlign w:val="center"/>
          </w:tcPr>
          <w:p w14:paraId="77B9D994" w14:textId="77777777" w:rsidR="00C55BA8" w:rsidRDefault="00B74C3E">
            <w:pPr>
              <w:spacing w:after="40"/>
            </w:pPr>
            <w:r>
              <w:rPr>
                <w:sz w:val="18"/>
              </w:rPr>
              <w:t>Experience of working within a local authority environment, including presenting to and dealing with elected members</w:t>
            </w:r>
          </w:p>
        </w:tc>
        <w:tc>
          <w:tcPr>
            <w:tcW w:w="1605" w:type="dxa"/>
            <w:tcMar>
              <w:top w:w="90" w:type="dxa"/>
              <w:left w:w="90" w:type="dxa"/>
              <w:bottom w:w="90" w:type="dxa"/>
              <w:right w:w="90" w:type="dxa"/>
            </w:tcMar>
            <w:vAlign w:val="center"/>
          </w:tcPr>
          <w:p w14:paraId="2FDD072A" w14:textId="77777777" w:rsidR="00C55BA8" w:rsidRDefault="00B74C3E">
            <w:pPr>
              <w:spacing w:after="40"/>
            </w:pPr>
            <w:r>
              <w:rPr>
                <w:sz w:val="18"/>
              </w:rPr>
              <w:t>D</w:t>
            </w:r>
          </w:p>
        </w:tc>
        <w:tc>
          <w:tcPr>
            <w:tcW w:w="1701" w:type="dxa"/>
            <w:tcMar>
              <w:top w:w="90" w:type="dxa"/>
              <w:left w:w="90" w:type="dxa"/>
              <w:bottom w:w="90" w:type="dxa"/>
              <w:right w:w="90" w:type="dxa"/>
            </w:tcMar>
            <w:vAlign w:val="center"/>
          </w:tcPr>
          <w:p w14:paraId="4D68AE99" w14:textId="77777777" w:rsidR="00C55BA8" w:rsidRDefault="00B74C3E">
            <w:pPr>
              <w:spacing w:after="40"/>
            </w:pPr>
            <w:r>
              <w:rPr>
                <w:sz w:val="18"/>
              </w:rPr>
              <w:t>AF/I</w:t>
            </w:r>
          </w:p>
        </w:tc>
      </w:tr>
      <w:tr w:rsidR="00C55BA8" w14:paraId="4A9A1E05" w14:textId="77777777" w:rsidTr="00D16EE7">
        <w:tc>
          <w:tcPr>
            <w:tcW w:w="5324" w:type="dxa"/>
            <w:tcMar>
              <w:top w:w="90" w:type="dxa"/>
              <w:left w:w="90" w:type="dxa"/>
              <w:bottom w:w="90" w:type="dxa"/>
              <w:right w:w="90" w:type="dxa"/>
            </w:tcMar>
            <w:vAlign w:val="center"/>
          </w:tcPr>
          <w:p w14:paraId="292FFFB1" w14:textId="77777777" w:rsidR="00C55BA8" w:rsidRDefault="00B74C3E">
            <w:pPr>
              <w:spacing w:after="40"/>
            </w:pPr>
            <w:r>
              <w:rPr>
                <w:sz w:val="18"/>
              </w:rPr>
              <w:t>Experience of being accountable for and accounting for large budgets</w:t>
            </w:r>
          </w:p>
        </w:tc>
        <w:tc>
          <w:tcPr>
            <w:tcW w:w="1605" w:type="dxa"/>
            <w:tcMar>
              <w:top w:w="90" w:type="dxa"/>
              <w:left w:w="90" w:type="dxa"/>
              <w:bottom w:w="90" w:type="dxa"/>
              <w:right w:w="90" w:type="dxa"/>
            </w:tcMar>
            <w:vAlign w:val="center"/>
          </w:tcPr>
          <w:p w14:paraId="3170F009"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54B54EBA" w14:textId="77777777" w:rsidR="00C55BA8" w:rsidRDefault="00B74C3E">
            <w:pPr>
              <w:spacing w:after="40"/>
            </w:pPr>
            <w:r>
              <w:rPr>
                <w:sz w:val="18"/>
              </w:rPr>
              <w:t>AF/I</w:t>
            </w:r>
          </w:p>
        </w:tc>
      </w:tr>
      <w:tr w:rsidR="00C55BA8" w14:paraId="0A722F61" w14:textId="77777777" w:rsidTr="00D16EE7">
        <w:tc>
          <w:tcPr>
            <w:tcW w:w="5324" w:type="dxa"/>
            <w:tcMar>
              <w:top w:w="90" w:type="dxa"/>
              <w:left w:w="90" w:type="dxa"/>
              <w:bottom w:w="90" w:type="dxa"/>
              <w:right w:w="90" w:type="dxa"/>
            </w:tcMar>
            <w:vAlign w:val="center"/>
          </w:tcPr>
          <w:p w14:paraId="157E879A" w14:textId="77777777" w:rsidR="00C55BA8" w:rsidRDefault="00B74C3E">
            <w:pPr>
              <w:spacing w:after="40"/>
            </w:pPr>
            <w:r>
              <w:rPr>
                <w:b/>
                <w:sz w:val="18"/>
              </w:rPr>
              <w:t>SKILLS / KNOWLEDGE / APTITUDES</w:t>
            </w:r>
          </w:p>
        </w:tc>
        <w:tc>
          <w:tcPr>
            <w:tcW w:w="1605" w:type="dxa"/>
            <w:tcMar>
              <w:top w:w="90" w:type="dxa"/>
              <w:left w:w="90" w:type="dxa"/>
              <w:bottom w:w="90" w:type="dxa"/>
              <w:right w:w="90" w:type="dxa"/>
            </w:tcMar>
            <w:vAlign w:val="center"/>
          </w:tcPr>
          <w:p w14:paraId="3224D3FF" w14:textId="77777777" w:rsidR="00C55BA8" w:rsidRDefault="00C55BA8">
            <w:pPr>
              <w:spacing w:after="40"/>
            </w:pPr>
          </w:p>
        </w:tc>
        <w:tc>
          <w:tcPr>
            <w:tcW w:w="1701" w:type="dxa"/>
            <w:tcMar>
              <w:top w:w="90" w:type="dxa"/>
              <w:left w:w="90" w:type="dxa"/>
              <w:bottom w:w="90" w:type="dxa"/>
              <w:right w:w="90" w:type="dxa"/>
            </w:tcMar>
            <w:vAlign w:val="center"/>
          </w:tcPr>
          <w:p w14:paraId="49E5A831" w14:textId="77777777" w:rsidR="00C55BA8" w:rsidRDefault="00C55BA8">
            <w:pPr>
              <w:spacing w:after="40"/>
            </w:pPr>
          </w:p>
        </w:tc>
      </w:tr>
      <w:tr w:rsidR="00C55BA8" w14:paraId="77331808" w14:textId="77777777" w:rsidTr="00D16EE7">
        <w:tc>
          <w:tcPr>
            <w:tcW w:w="5324" w:type="dxa"/>
            <w:tcMar>
              <w:top w:w="90" w:type="dxa"/>
              <w:left w:w="90" w:type="dxa"/>
              <w:bottom w:w="90" w:type="dxa"/>
              <w:right w:w="90" w:type="dxa"/>
            </w:tcMar>
            <w:vAlign w:val="center"/>
          </w:tcPr>
          <w:p w14:paraId="59904BF7" w14:textId="77777777" w:rsidR="00C55BA8" w:rsidRDefault="00B74C3E">
            <w:pPr>
              <w:spacing w:after="40"/>
            </w:pPr>
            <w:r>
              <w:rPr>
                <w:sz w:val="18"/>
              </w:rPr>
              <w:t>Theoretical, practical and procedural knowledge across the specialist area of flood and coastal erosion risk management</w:t>
            </w:r>
          </w:p>
        </w:tc>
        <w:tc>
          <w:tcPr>
            <w:tcW w:w="1605" w:type="dxa"/>
            <w:tcMar>
              <w:top w:w="90" w:type="dxa"/>
              <w:left w:w="90" w:type="dxa"/>
              <w:bottom w:w="90" w:type="dxa"/>
              <w:right w:w="90" w:type="dxa"/>
            </w:tcMar>
            <w:vAlign w:val="center"/>
          </w:tcPr>
          <w:p w14:paraId="0FBF379F"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35C59006" w14:textId="77777777" w:rsidR="00C55BA8" w:rsidRDefault="00B74C3E">
            <w:pPr>
              <w:spacing w:after="40"/>
            </w:pPr>
            <w:r>
              <w:rPr>
                <w:sz w:val="18"/>
              </w:rPr>
              <w:t>AF/I</w:t>
            </w:r>
          </w:p>
        </w:tc>
      </w:tr>
      <w:tr w:rsidR="00C55BA8" w14:paraId="2B19B406" w14:textId="77777777" w:rsidTr="00D16EE7">
        <w:tc>
          <w:tcPr>
            <w:tcW w:w="5324" w:type="dxa"/>
            <w:tcMar>
              <w:top w:w="90" w:type="dxa"/>
              <w:left w:w="90" w:type="dxa"/>
              <w:bottom w:w="90" w:type="dxa"/>
              <w:right w:w="90" w:type="dxa"/>
            </w:tcMar>
            <w:vAlign w:val="center"/>
          </w:tcPr>
          <w:p w14:paraId="7E2DF3A6" w14:textId="77777777" w:rsidR="00C55BA8" w:rsidRDefault="00B74C3E">
            <w:pPr>
              <w:spacing w:after="40"/>
            </w:pPr>
            <w:r>
              <w:rPr>
                <w:sz w:val="18"/>
              </w:rPr>
              <w:t>Knowledge and skills in the use of GIS</w:t>
            </w:r>
          </w:p>
        </w:tc>
        <w:tc>
          <w:tcPr>
            <w:tcW w:w="1605" w:type="dxa"/>
            <w:tcMar>
              <w:top w:w="90" w:type="dxa"/>
              <w:left w:w="90" w:type="dxa"/>
              <w:bottom w:w="90" w:type="dxa"/>
              <w:right w:w="90" w:type="dxa"/>
            </w:tcMar>
            <w:vAlign w:val="center"/>
          </w:tcPr>
          <w:p w14:paraId="43E9142D"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5FB7D956" w14:textId="77777777" w:rsidR="00C55BA8" w:rsidRDefault="00B74C3E">
            <w:pPr>
              <w:spacing w:after="40"/>
            </w:pPr>
            <w:r>
              <w:rPr>
                <w:sz w:val="18"/>
              </w:rPr>
              <w:t>AF/I</w:t>
            </w:r>
          </w:p>
        </w:tc>
      </w:tr>
      <w:tr w:rsidR="00C55BA8" w14:paraId="19B81F00" w14:textId="77777777" w:rsidTr="00D16EE7">
        <w:tc>
          <w:tcPr>
            <w:tcW w:w="5324" w:type="dxa"/>
            <w:tcMar>
              <w:top w:w="90" w:type="dxa"/>
              <w:left w:w="90" w:type="dxa"/>
              <w:bottom w:w="90" w:type="dxa"/>
              <w:right w:w="90" w:type="dxa"/>
            </w:tcMar>
            <w:vAlign w:val="center"/>
          </w:tcPr>
          <w:p w14:paraId="141C26B8" w14:textId="6C845CA7" w:rsidR="00C55BA8" w:rsidRDefault="00BE34FF">
            <w:pPr>
              <w:spacing w:after="40"/>
            </w:pPr>
            <w:r w:rsidRPr="00BE34FF">
              <w:rPr>
                <w:sz w:val="18"/>
              </w:rPr>
              <w:t>Analytical and judgemental or creative and developmental skills to analyse and interpret varied and complex information or situations and to produce solutions or strategies over the long term</w:t>
            </w:r>
          </w:p>
        </w:tc>
        <w:tc>
          <w:tcPr>
            <w:tcW w:w="1605" w:type="dxa"/>
            <w:tcMar>
              <w:top w:w="90" w:type="dxa"/>
              <w:left w:w="90" w:type="dxa"/>
              <w:bottom w:w="90" w:type="dxa"/>
              <w:right w:w="90" w:type="dxa"/>
            </w:tcMar>
            <w:vAlign w:val="center"/>
          </w:tcPr>
          <w:p w14:paraId="170620D6"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612669DD" w14:textId="77777777" w:rsidR="00C55BA8" w:rsidRDefault="00B74C3E">
            <w:pPr>
              <w:spacing w:after="40"/>
            </w:pPr>
            <w:r>
              <w:rPr>
                <w:sz w:val="18"/>
              </w:rPr>
              <w:t>AF/I</w:t>
            </w:r>
          </w:p>
        </w:tc>
      </w:tr>
      <w:tr w:rsidR="00C55BA8" w14:paraId="0D10FE0D" w14:textId="77777777" w:rsidTr="00D16EE7">
        <w:tc>
          <w:tcPr>
            <w:tcW w:w="5324" w:type="dxa"/>
            <w:tcMar>
              <w:top w:w="90" w:type="dxa"/>
              <w:left w:w="90" w:type="dxa"/>
              <w:bottom w:w="90" w:type="dxa"/>
              <w:right w:w="90" w:type="dxa"/>
            </w:tcMar>
            <w:vAlign w:val="center"/>
          </w:tcPr>
          <w:p w14:paraId="478A0310" w14:textId="23A074A6" w:rsidR="00C55BA8" w:rsidRDefault="00166BD0">
            <w:pPr>
              <w:spacing w:after="40"/>
            </w:pPr>
            <w:r w:rsidRPr="00166BD0">
              <w:rPr>
                <w:sz w:val="18"/>
              </w:rPr>
              <w:t xml:space="preserve">Exercise developed training, developmental, leadership or motivational skills in relation to other staff: or exercise developed advisory, guiding, negotiating or persuasive skills </w:t>
            </w:r>
            <w:proofErr w:type="gramStart"/>
            <w:r w:rsidRPr="00166BD0">
              <w:rPr>
                <w:sz w:val="18"/>
              </w:rPr>
              <w:t>in order to</w:t>
            </w:r>
            <w:proofErr w:type="gramEnd"/>
            <w:r w:rsidRPr="00166BD0">
              <w:rPr>
                <w:sz w:val="18"/>
              </w:rPr>
              <w:t xml:space="preserve"> encourage others to adopt a particular course of action: or exchanging orally and in writing complicated or sensitive information with a range of audiences</w:t>
            </w:r>
          </w:p>
        </w:tc>
        <w:tc>
          <w:tcPr>
            <w:tcW w:w="1605" w:type="dxa"/>
            <w:tcMar>
              <w:top w:w="90" w:type="dxa"/>
              <w:left w:w="90" w:type="dxa"/>
              <w:bottom w:w="90" w:type="dxa"/>
              <w:right w:w="90" w:type="dxa"/>
            </w:tcMar>
            <w:vAlign w:val="center"/>
          </w:tcPr>
          <w:p w14:paraId="14A46245"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015AA24C" w14:textId="77777777" w:rsidR="00C55BA8" w:rsidRDefault="00B74C3E">
            <w:pPr>
              <w:spacing w:after="40"/>
            </w:pPr>
            <w:r>
              <w:rPr>
                <w:sz w:val="18"/>
              </w:rPr>
              <w:t>AF/I</w:t>
            </w:r>
          </w:p>
        </w:tc>
      </w:tr>
      <w:tr w:rsidR="00C55BA8" w14:paraId="73D194C6" w14:textId="77777777" w:rsidTr="00D16EE7">
        <w:tc>
          <w:tcPr>
            <w:tcW w:w="5324" w:type="dxa"/>
            <w:tcMar>
              <w:top w:w="90" w:type="dxa"/>
              <w:left w:w="90" w:type="dxa"/>
              <w:bottom w:w="90" w:type="dxa"/>
              <w:right w:w="90" w:type="dxa"/>
            </w:tcMar>
            <w:vAlign w:val="center"/>
          </w:tcPr>
          <w:p w14:paraId="5FEEF44A" w14:textId="62659123" w:rsidR="00C55BA8" w:rsidRDefault="00627276">
            <w:pPr>
              <w:spacing w:after="40"/>
            </w:pPr>
            <w:r w:rsidRPr="00627276">
              <w:rPr>
                <w:sz w:val="18"/>
              </w:rPr>
              <w:t>High direct responsibility for physical resources. Handling and processing of considerable amounts of manual or computerised information, where care, accuracy, confidentiality and security are important, ordering a range of equipment, supplies and services. Adaptation, development or design of a wide range of equipment, land, buildings, other construction work</w:t>
            </w:r>
          </w:p>
        </w:tc>
        <w:tc>
          <w:tcPr>
            <w:tcW w:w="1605" w:type="dxa"/>
            <w:tcMar>
              <w:top w:w="90" w:type="dxa"/>
              <w:left w:w="90" w:type="dxa"/>
              <w:bottom w:w="90" w:type="dxa"/>
              <w:right w:w="90" w:type="dxa"/>
            </w:tcMar>
            <w:vAlign w:val="center"/>
          </w:tcPr>
          <w:p w14:paraId="6D1EAFBB"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4D489038" w14:textId="77777777" w:rsidR="00C55BA8" w:rsidRDefault="00B74C3E">
            <w:pPr>
              <w:spacing w:after="40"/>
            </w:pPr>
            <w:r>
              <w:rPr>
                <w:sz w:val="18"/>
              </w:rPr>
              <w:t>AF/I</w:t>
            </w:r>
          </w:p>
        </w:tc>
      </w:tr>
      <w:tr w:rsidR="00C55BA8" w14:paraId="67D52852" w14:textId="77777777" w:rsidTr="00D16EE7">
        <w:tc>
          <w:tcPr>
            <w:tcW w:w="5324" w:type="dxa"/>
            <w:tcMar>
              <w:top w:w="90" w:type="dxa"/>
              <w:left w:w="90" w:type="dxa"/>
              <w:bottom w:w="90" w:type="dxa"/>
              <w:right w:w="90" w:type="dxa"/>
            </w:tcMar>
            <w:vAlign w:val="center"/>
          </w:tcPr>
          <w:p w14:paraId="4A45675D" w14:textId="29F31907" w:rsidR="00C55BA8" w:rsidRDefault="005E77B2">
            <w:pPr>
              <w:spacing w:after="40"/>
            </w:pPr>
            <w:r w:rsidRPr="005E77B2">
              <w:rPr>
                <w:sz w:val="18"/>
              </w:rPr>
              <w:t>Progress a series of activities within recognised guidelines.  Making frequent decisions and exercise initiative without ready access to more senior officers.  The jobholder consults a supervisor/manager for advice on policy or resource issues</w:t>
            </w:r>
            <w:r w:rsidR="00E83667" w:rsidRPr="00E83667">
              <w:rPr>
                <w:sz w:val="18"/>
              </w:rPr>
              <w:t>.</w:t>
            </w:r>
          </w:p>
        </w:tc>
        <w:tc>
          <w:tcPr>
            <w:tcW w:w="1605" w:type="dxa"/>
            <w:tcMar>
              <w:top w:w="90" w:type="dxa"/>
              <w:left w:w="90" w:type="dxa"/>
              <w:bottom w:w="90" w:type="dxa"/>
              <w:right w:w="90" w:type="dxa"/>
            </w:tcMar>
            <w:vAlign w:val="center"/>
          </w:tcPr>
          <w:p w14:paraId="639B494D"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57580C1A" w14:textId="77777777" w:rsidR="00C55BA8" w:rsidRDefault="00B74C3E">
            <w:pPr>
              <w:spacing w:after="40"/>
            </w:pPr>
            <w:r>
              <w:rPr>
                <w:sz w:val="18"/>
              </w:rPr>
              <w:t>AF/I</w:t>
            </w:r>
          </w:p>
        </w:tc>
      </w:tr>
      <w:tr w:rsidR="00C55BA8" w14:paraId="0A3F3673" w14:textId="77777777" w:rsidTr="00D16EE7">
        <w:tc>
          <w:tcPr>
            <w:tcW w:w="5324" w:type="dxa"/>
            <w:tcMar>
              <w:top w:w="90" w:type="dxa"/>
              <w:left w:w="90" w:type="dxa"/>
              <w:bottom w:w="90" w:type="dxa"/>
              <w:right w:w="90" w:type="dxa"/>
            </w:tcMar>
            <w:vAlign w:val="center"/>
          </w:tcPr>
          <w:p w14:paraId="7778BAB0" w14:textId="6FAF3369" w:rsidR="00C55BA8" w:rsidRDefault="00D16EE7">
            <w:pPr>
              <w:spacing w:after="40"/>
            </w:pPr>
            <w:r w:rsidRPr="00D16EE7">
              <w:rPr>
                <w:sz w:val="18"/>
              </w:rPr>
              <w:t>General awareness and sensory attention with lengthy periods of concentrated mental attention.</w:t>
            </w:r>
          </w:p>
        </w:tc>
        <w:tc>
          <w:tcPr>
            <w:tcW w:w="1605" w:type="dxa"/>
            <w:tcMar>
              <w:top w:w="90" w:type="dxa"/>
              <w:left w:w="90" w:type="dxa"/>
              <w:bottom w:w="90" w:type="dxa"/>
              <w:right w:w="90" w:type="dxa"/>
            </w:tcMar>
            <w:vAlign w:val="center"/>
          </w:tcPr>
          <w:p w14:paraId="6D9ED72A"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01B14F63" w14:textId="77777777" w:rsidR="00C55BA8" w:rsidRDefault="00B74C3E">
            <w:pPr>
              <w:spacing w:after="40"/>
            </w:pPr>
            <w:r>
              <w:rPr>
                <w:sz w:val="18"/>
              </w:rPr>
              <w:t>AF/I</w:t>
            </w:r>
          </w:p>
        </w:tc>
      </w:tr>
      <w:tr w:rsidR="00C55BA8" w14:paraId="0DB317BD" w14:textId="77777777" w:rsidTr="00D16EE7">
        <w:tc>
          <w:tcPr>
            <w:tcW w:w="5324" w:type="dxa"/>
            <w:tcMar>
              <w:top w:w="90" w:type="dxa"/>
              <w:left w:w="90" w:type="dxa"/>
              <w:bottom w:w="90" w:type="dxa"/>
              <w:right w:w="90" w:type="dxa"/>
            </w:tcMar>
            <w:vAlign w:val="center"/>
          </w:tcPr>
          <w:p w14:paraId="6AE3399E" w14:textId="77777777" w:rsidR="00C55BA8" w:rsidRDefault="00B74C3E">
            <w:pPr>
              <w:spacing w:after="40"/>
            </w:pPr>
            <w:r>
              <w:rPr>
                <w:b/>
                <w:sz w:val="18"/>
              </w:rPr>
              <w:t>SPECIAL REQUIREMENTS</w:t>
            </w:r>
          </w:p>
        </w:tc>
        <w:tc>
          <w:tcPr>
            <w:tcW w:w="1605" w:type="dxa"/>
            <w:tcMar>
              <w:top w:w="90" w:type="dxa"/>
              <w:left w:w="90" w:type="dxa"/>
              <w:bottom w:w="90" w:type="dxa"/>
              <w:right w:w="90" w:type="dxa"/>
            </w:tcMar>
            <w:vAlign w:val="center"/>
          </w:tcPr>
          <w:p w14:paraId="2A264049" w14:textId="77777777" w:rsidR="00C55BA8" w:rsidRDefault="00C55BA8">
            <w:pPr>
              <w:spacing w:after="40"/>
            </w:pPr>
          </w:p>
        </w:tc>
        <w:tc>
          <w:tcPr>
            <w:tcW w:w="1701" w:type="dxa"/>
            <w:tcMar>
              <w:top w:w="90" w:type="dxa"/>
              <w:left w:w="90" w:type="dxa"/>
              <w:bottom w:w="90" w:type="dxa"/>
              <w:right w:w="90" w:type="dxa"/>
            </w:tcMar>
            <w:vAlign w:val="center"/>
          </w:tcPr>
          <w:p w14:paraId="187CFAED" w14:textId="77777777" w:rsidR="00C55BA8" w:rsidRDefault="00C55BA8">
            <w:pPr>
              <w:spacing w:after="40"/>
            </w:pPr>
          </w:p>
        </w:tc>
      </w:tr>
      <w:tr w:rsidR="00C55BA8" w14:paraId="00F84574" w14:textId="77777777" w:rsidTr="00D16EE7">
        <w:tc>
          <w:tcPr>
            <w:tcW w:w="5324" w:type="dxa"/>
            <w:tcMar>
              <w:top w:w="90" w:type="dxa"/>
              <w:left w:w="90" w:type="dxa"/>
              <w:bottom w:w="90" w:type="dxa"/>
              <w:right w:w="90" w:type="dxa"/>
            </w:tcMar>
            <w:vAlign w:val="center"/>
          </w:tcPr>
          <w:p w14:paraId="2AA265A2" w14:textId="77777777" w:rsidR="00C55BA8" w:rsidRDefault="00B74C3E">
            <w:pPr>
              <w:spacing w:after="40"/>
            </w:pPr>
            <w:r>
              <w:rPr>
                <w:sz w:val="18"/>
              </w:rPr>
              <w:t>May be required to attend meetings outside normal working hours</w:t>
            </w:r>
          </w:p>
        </w:tc>
        <w:tc>
          <w:tcPr>
            <w:tcW w:w="1605" w:type="dxa"/>
            <w:tcMar>
              <w:top w:w="90" w:type="dxa"/>
              <w:left w:w="90" w:type="dxa"/>
              <w:bottom w:w="90" w:type="dxa"/>
              <w:right w:w="90" w:type="dxa"/>
            </w:tcMar>
            <w:vAlign w:val="center"/>
          </w:tcPr>
          <w:p w14:paraId="3321C5A1"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31A779CC" w14:textId="77777777" w:rsidR="00C55BA8" w:rsidRDefault="00B74C3E">
            <w:pPr>
              <w:spacing w:after="40"/>
            </w:pPr>
            <w:r>
              <w:rPr>
                <w:sz w:val="18"/>
              </w:rPr>
              <w:t>AF/I</w:t>
            </w:r>
          </w:p>
        </w:tc>
      </w:tr>
      <w:tr w:rsidR="00C55BA8" w14:paraId="3B204607" w14:textId="77777777" w:rsidTr="00D16EE7">
        <w:tc>
          <w:tcPr>
            <w:tcW w:w="5324" w:type="dxa"/>
            <w:tcMar>
              <w:top w:w="90" w:type="dxa"/>
              <w:left w:w="90" w:type="dxa"/>
              <w:bottom w:w="90" w:type="dxa"/>
              <w:right w:w="90" w:type="dxa"/>
            </w:tcMar>
            <w:vAlign w:val="center"/>
          </w:tcPr>
          <w:p w14:paraId="4F8D2B69" w14:textId="77777777" w:rsidR="00C55BA8" w:rsidRDefault="00B74C3E">
            <w:pPr>
              <w:spacing w:after="40"/>
            </w:pPr>
            <w:r>
              <w:rPr>
                <w:sz w:val="18"/>
              </w:rPr>
              <w:t>The role involves some exposure to disagreeable or unpleasant environmental working conditions</w:t>
            </w:r>
          </w:p>
        </w:tc>
        <w:tc>
          <w:tcPr>
            <w:tcW w:w="1605" w:type="dxa"/>
            <w:tcMar>
              <w:top w:w="90" w:type="dxa"/>
              <w:left w:w="90" w:type="dxa"/>
              <w:bottom w:w="90" w:type="dxa"/>
              <w:right w:w="90" w:type="dxa"/>
            </w:tcMar>
            <w:vAlign w:val="center"/>
          </w:tcPr>
          <w:p w14:paraId="75C744CB" w14:textId="77777777" w:rsidR="00C55BA8" w:rsidRDefault="00B74C3E">
            <w:pPr>
              <w:spacing w:after="40"/>
            </w:pPr>
            <w:r>
              <w:rPr>
                <w:sz w:val="18"/>
              </w:rPr>
              <w:t>E</w:t>
            </w:r>
          </w:p>
        </w:tc>
        <w:tc>
          <w:tcPr>
            <w:tcW w:w="1701" w:type="dxa"/>
            <w:tcMar>
              <w:top w:w="90" w:type="dxa"/>
              <w:left w:w="90" w:type="dxa"/>
              <w:bottom w:w="90" w:type="dxa"/>
              <w:right w:w="90" w:type="dxa"/>
            </w:tcMar>
            <w:vAlign w:val="center"/>
          </w:tcPr>
          <w:p w14:paraId="78A70964" w14:textId="77777777" w:rsidR="00C55BA8" w:rsidRDefault="00B74C3E">
            <w:pPr>
              <w:spacing w:after="40"/>
            </w:pPr>
            <w:r>
              <w:rPr>
                <w:sz w:val="18"/>
              </w:rPr>
              <w:t>AF/I</w:t>
            </w:r>
          </w:p>
        </w:tc>
      </w:tr>
      <w:tr w:rsidR="00C55BA8" w14:paraId="26065126" w14:textId="77777777" w:rsidTr="00D16EE7">
        <w:tc>
          <w:tcPr>
            <w:tcW w:w="5324" w:type="dxa"/>
            <w:tcMar>
              <w:top w:w="90" w:type="dxa"/>
              <w:left w:w="90" w:type="dxa"/>
              <w:bottom w:w="90" w:type="dxa"/>
              <w:right w:w="90" w:type="dxa"/>
            </w:tcMar>
            <w:vAlign w:val="center"/>
          </w:tcPr>
          <w:p w14:paraId="602B4864" w14:textId="77777777" w:rsidR="00C55BA8" w:rsidRDefault="00B74C3E">
            <w:pPr>
              <w:spacing w:after="40"/>
            </w:pPr>
            <w:r>
              <w:rPr>
                <w:sz w:val="18"/>
              </w:rPr>
              <w:lastRenderedPageBreak/>
              <w:t>Driving licence</w:t>
            </w:r>
          </w:p>
        </w:tc>
        <w:tc>
          <w:tcPr>
            <w:tcW w:w="1605" w:type="dxa"/>
            <w:tcMar>
              <w:top w:w="90" w:type="dxa"/>
              <w:left w:w="90" w:type="dxa"/>
              <w:bottom w:w="90" w:type="dxa"/>
              <w:right w:w="90" w:type="dxa"/>
            </w:tcMar>
            <w:vAlign w:val="center"/>
          </w:tcPr>
          <w:p w14:paraId="778519F6" w14:textId="77777777" w:rsidR="00C55BA8" w:rsidRDefault="00B74C3E">
            <w:pPr>
              <w:spacing w:after="40"/>
            </w:pPr>
            <w:r>
              <w:rPr>
                <w:sz w:val="18"/>
              </w:rPr>
              <w:t>D</w:t>
            </w:r>
          </w:p>
        </w:tc>
        <w:tc>
          <w:tcPr>
            <w:tcW w:w="1701" w:type="dxa"/>
            <w:tcMar>
              <w:top w:w="90" w:type="dxa"/>
              <w:left w:w="90" w:type="dxa"/>
              <w:bottom w:w="90" w:type="dxa"/>
              <w:right w:w="90" w:type="dxa"/>
            </w:tcMar>
            <w:vAlign w:val="center"/>
          </w:tcPr>
          <w:p w14:paraId="4841F950" w14:textId="77777777" w:rsidR="00C55BA8" w:rsidRDefault="00B74C3E">
            <w:pPr>
              <w:spacing w:after="40"/>
            </w:pPr>
            <w:r>
              <w:rPr>
                <w:sz w:val="18"/>
              </w:rPr>
              <w:t>AF/C</w:t>
            </w:r>
          </w:p>
        </w:tc>
      </w:tr>
    </w:tbl>
    <w:p w14:paraId="5B63E589" w14:textId="77777777" w:rsidR="00C55BA8" w:rsidRDefault="00B74C3E">
      <w:pPr>
        <w:pStyle w:val="Heading2"/>
      </w:pPr>
      <w:r>
        <w:t>Assessment Methods</w:t>
      </w:r>
    </w:p>
    <w:p w14:paraId="2269A498" w14:textId="77777777" w:rsidR="00C55BA8" w:rsidRDefault="00B74C3E">
      <w:r>
        <w:t>AF: Application Form</w:t>
      </w:r>
    </w:p>
    <w:p w14:paraId="49DC1D4E" w14:textId="77777777" w:rsidR="00C55BA8" w:rsidRDefault="00B74C3E">
      <w:r>
        <w:t>I: Interview</w:t>
      </w:r>
    </w:p>
    <w:p w14:paraId="1C5D1B1F" w14:textId="77777777" w:rsidR="00C55BA8" w:rsidRDefault="00B74C3E">
      <w:r>
        <w:t>C: Certificates</w:t>
      </w:r>
    </w:p>
    <w:p w14:paraId="3AE62950" w14:textId="77777777" w:rsidR="00C55BA8" w:rsidRDefault="00B74C3E">
      <w:r>
        <w:t>T: Test</w:t>
      </w:r>
    </w:p>
    <w:p w14:paraId="2ACBAC9E" w14:textId="77777777" w:rsidR="00C55BA8" w:rsidRDefault="00B74C3E">
      <w:r>
        <w:t>P: Presentation</w:t>
      </w:r>
    </w:p>
    <w:sectPr w:rsidR="00C55BA8" w:rsidSect="00F24918">
      <w:headerReference w:type="default" r:id="rId27"/>
      <w:footerReference w:type="default" r:id="rId28"/>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1481C" w14:textId="77777777" w:rsidR="005D1552" w:rsidRPr="00A665FC" w:rsidRDefault="005D1552">
      <w:pPr>
        <w:spacing w:after="0" w:line="240" w:lineRule="auto"/>
      </w:pPr>
      <w:r w:rsidRPr="00A665FC">
        <w:separator/>
      </w:r>
    </w:p>
  </w:endnote>
  <w:endnote w:type="continuationSeparator" w:id="0">
    <w:p w14:paraId="3D5BEA76" w14:textId="77777777" w:rsidR="005D1552" w:rsidRPr="00A665FC" w:rsidRDefault="005D1552">
      <w:pPr>
        <w:spacing w:after="0" w:line="240" w:lineRule="auto"/>
      </w:pPr>
      <w:r w:rsidRPr="00A665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8570241"/>
      <w:docPartObj>
        <w:docPartGallery w:val="Page Numbers (Bottom of Page)"/>
        <w:docPartUnique/>
      </w:docPartObj>
    </w:sdtPr>
    <w:sdtContent>
      <w:p w14:paraId="3272CAB6" w14:textId="7F027FD2" w:rsidR="00B116F9" w:rsidRDefault="00B116F9">
        <w:pPr>
          <w:pStyle w:val="Footer"/>
          <w:jc w:val="right"/>
        </w:pPr>
        <w:r>
          <w:t xml:space="preserve"> </w:t>
        </w:r>
      </w:p>
    </w:sdtContent>
  </w:sdt>
  <w:p w14:paraId="429415EC" w14:textId="02CAA043" w:rsidR="002E7AA9" w:rsidRPr="00A665FC" w:rsidRDefault="002E7AA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C736D" w14:textId="5B0C8164" w:rsidR="000A1196" w:rsidRDefault="000A1196">
    <w:pPr>
      <w:pStyle w:val="Footer"/>
      <w:jc w:val="right"/>
    </w:pPr>
  </w:p>
  <w:p w14:paraId="44E1C738" w14:textId="77777777" w:rsidR="00B116F9" w:rsidRPr="00A665FC" w:rsidRDefault="00B116F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301237"/>
      <w:docPartObj>
        <w:docPartGallery w:val="Page Numbers (Bottom of Page)"/>
        <w:docPartUnique/>
      </w:docPartObj>
    </w:sdtPr>
    <w:sdtContent>
      <w:p w14:paraId="16A44105" w14:textId="5293550F" w:rsidR="000A1196" w:rsidRDefault="000A1196" w:rsidP="000A1196">
        <w:pPr>
          <w:pStyle w:val="Footer"/>
          <w:jc w:val="center"/>
        </w:pPr>
        <w:r>
          <w:t xml:space="preserve">Page | </w:t>
        </w:r>
        <w:r>
          <w:fldChar w:fldCharType="begin"/>
        </w:r>
        <w:r>
          <w:instrText>PAGE   \* MERGEFORMAT</w:instrText>
        </w:r>
        <w:r>
          <w:fldChar w:fldCharType="separate"/>
        </w:r>
        <w:r>
          <w:t>2</w:t>
        </w:r>
        <w:r>
          <w:fldChar w:fldCharType="end"/>
        </w:r>
        <w:r>
          <w:t xml:space="preserve"> </w:t>
        </w:r>
      </w:p>
    </w:sdtContent>
  </w:sdt>
  <w:p w14:paraId="3F2A4F84" w14:textId="77777777" w:rsidR="000A1196" w:rsidRPr="00A665FC" w:rsidRDefault="000A119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D5E61" w14:textId="77777777" w:rsidR="005D1552" w:rsidRPr="00A665FC" w:rsidRDefault="005D1552">
      <w:pPr>
        <w:spacing w:after="0" w:line="240" w:lineRule="auto"/>
      </w:pPr>
      <w:r w:rsidRPr="00A665FC">
        <w:separator/>
      </w:r>
    </w:p>
  </w:footnote>
  <w:footnote w:type="continuationSeparator" w:id="0">
    <w:p w14:paraId="2C71BF53" w14:textId="77777777" w:rsidR="005D1552" w:rsidRPr="00A665FC" w:rsidRDefault="005D1552">
      <w:pPr>
        <w:spacing w:after="0" w:line="240" w:lineRule="auto"/>
      </w:pPr>
      <w:r w:rsidRPr="00A665F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3E4DC" w14:textId="35255AF6" w:rsidR="002E7AA9" w:rsidRPr="00A665FC" w:rsidRDefault="00CF361B">
    <w:pPr>
      <w:pStyle w:val="Header"/>
    </w:pPr>
    <w:r w:rsidRPr="00A665FC">
      <w:rPr>
        <w:noProof/>
      </w:rPr>
      <w:drawing>
        <wp:anchor distT="0" distB="0" distL="114300" distR="114300" simplePos="0" relativeHeight="251658240" behindDoc="0" locked="0" layoutInCell="1" allowOverlap="1" wp14:anchorId="07BD8A87" wp14:editId="3B1B6D8E">
          <wp:simplePos x="0" y="0"/>
          <wp:positionH relativeFrom="margin">
            <wp:align>center</wp:align>
          </wp:positionH>
          <wp:positionV relativeFrom="paragraph">
            <wp:posOffset>-123825</wp:posOffset>
          </wp:positionV>
          <wp:extent cx="6543675" cy="231470"/>
          <wp:effectExtent l="0" t="0" r="0" b="0"/>
          <wp:wrapNone/>
          <wp:docPr id="983432314" name="Picture 983432314" descr="image: Sefton Council 2030 branding - 7 coloured blocks in a 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mage: Sefton Council 2030 branding - 7 coloured blocks in a row"/>
                  <pic:cNvPicPr/>
                </pic:nvPicPr>
                <pic:blipFill>
                  <a:blip r:embed="rId1">
                    <a:extLst>
                      <a:ext uri="{28A0092B-C50C-407E-A947-70E740481C1C}">
                        <a14:useLocalDpi xmlns:a14="http://schemas.microsoft.com/office/drawing/2010/main" val="0"/>
                      </a:ext>
                    </a:extLst>
                  </a:blip>
                  <a:stretch>
                    <a:fillRect/>
                  </a:stretch>
                </pic:blipFill>
                <pic:spPr>
                  <a:xfrm>
                    <a:off x="0" y="0"/>
                    <a:ext cx="6543675" cy="231470"/>
                  </a:xfrm>
                  <a:prstGeom prst="rect">
                    <a:avLst/>
                  </a:prstGeom>
                </pic:spPr>
              </pic:pic>
            </a:graphicData>
          </a:graphic>
          <wp14:sizeRelH relativeFrom="page">
            <wp14:pctWidth>0</wp14:pctWidth>
          </wp14:sizeRelH>
          <wp14:sizeRelV relativeFrom="page">
            <wp14:pctHeight>0</wp14:pctHeight>
          </wp14:sizeRelV>
        </wp:anchor>
      </w:drawing>
    </w:r>
  </w:p>
  <w:tbl>
    <w:tblPr>
      <w:tblW w:w="9072" w:type="dxa"/>
      <w:jc w:val="center"/>
      <w:tblLook w:val="04A0" w:firstRow="1" w:lastRow="0" w:firstColumn="1" w:lastColumn="0" w:noHBand="0" w:noVBand="1"/>
    </w:tblPr>
    <w:tblGrid>
      <w:gridCol w:w="4316"/>
      <w:gridCol w:w="4756"/>
    </w:tblGrid>
    <w:tr w:rsidR="007F06D6" w:rsidRPr="00A665FC" w14:paraId="3E3FA1CC" w14:textId="77777777" w:rsidTr="007F1829">
      <w:trPr>
        <w:jc w:val="center"/>
      </w:trPr>
      <w:tc>
        <w:tcPr>
          <w:tcW w:w="4316" w:type="dxa"/>
          <w:shd w:val="clear" w:color="auto" w:fill="0082BC"/>
        </w:tcPr>
        <w:p w14:paraId="2832E956" w14:textId="77777777" w:rsidR="007F06D6" w:rsidRPr="00A665FC" w:rsidRDefault="007F06D6" w:rsidP="007F06D6">
          <w:r w:rsidRPr="00A665FC">
            <w:rPr>
              <w:b/>
              <w:noProof/>
              <w:color w:val="0082BC"/>
              <w:sz w:val="48"/>
            </w:rPr>
            <w:drawing>
              <wp:anchor distT="0" distB="0" distL="114300" distR="114300" simplePos="0" relativeHeight="251658242" behindDoc="0" locked="0" layoutInCell="1" allowOverlap="1" wp14:anchorId="2A2EF35D" wp14:editId="663B11F9">
                <wp:simplePos x="0" y="0"/>
                <wp:positionH relativeFrom="column">
                  <wp:posOffset>-1905</wp:posOffset>
                </wp:positionH>
                <wp:positionV relativeFrom="paragraph">
                  <wp:posOffset>29845</wp:posOffset>
                </wp:positionV>
                <wp:extent cx="2587925" cy="476250"/>
                <wp:effectExtent l="0" t="0" r="3175" b="0"/>
                <wp:wrapNone/>
                <wp:docPr id="1373527483" name="Picture 1" descr="A blue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343614" name="Picture 1" descr="A blue rectangle with white text&#10;&#10;AI-generated content may be incorrec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87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56" w:type="dxa"/>
          <w:shd w:val="clear" w:color="auto" w:fill="0082BC"/>
        </w:tcPr>
        <w:p w14:paraId="442E45FC" w14:textId="77777777" w:rsidR="007F06D6" w:rsidRPr="00A665FC" w:rsidRDefault="007F06D6" w:rsidP="007F06D6">
          <w:pPr>
            <w:jc w:val="right"/>
          </w:pPr>
          <w:r w:rsidRPr="00A665FC">
            <w:rPr>
              <w:b/>
              <w:color w:val="FFFFFF"/>
              <w:sz w:val="24"/>
            </w:rPr>
            <w:t xml:space="preserve">Sefton Council | </w:t>
          </w:r>
          <w:r>
            <w:rPr>
              <w:b/>
              <w:color w:val="FFFFFF"/>
              <w:sz w:val="24"/>
            </w:rPr>
            <w:t>Adult Social Care</w:t>
          </w:r>
        </w:p>
      </w:tc>
    </w:tr>
  </w:tbl>
  <w:p w14:paraId="1B8A6D24" w14:textId="77777777" w:rsidR="00DC6FFA" w:rsidRPr="00A665FC" w:rsidRDefault="00DC6FFA" w:rsidP="000A1196">
    <w:pPr>
      <w:pStyle w:val="Header"/>
      <w:ind w:firstLine="7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D2073" w14:textId="4BB3D0AB" w:rsidR="000A1196" w:rsidRPr="00A665FC" w:rsidRDefault="000A1196">
    <w:pPr>
      <w:pStyle w:val="Header"/>
    </w:pPr>
    <w:r w:rsidRPr="00A665FC">
      <w:rPr>
        <w:noProof/>
      </w:rPr>
      <w:drawing>
        <wp:anchor distT="0" distB="0" distL="114300" distR="114300" simplePos="0" relativeHeight="251658241" behindDoc="0" locked="0" layoutInCell="1" allowOverlap="1" wp14:anchorId="091EAD8A" wp14:editId="78F44E50">
          <wp:simplePos x="0" y="0"/>
          <wp:positionH relativeFrom="margin">
            <wp:align>center</wp:align>
          </wp:positionH>
          <wp:positionV relativeFrom="paragraph">
            <wp:posOffset>-123825</wp:posOffset>
          </wp:positionV>
          <wp:extent cx="6543675" cy="231470"/>
          <wp:effectExtent l="0" t="0" r="0" b="0"/>
          <wp:wrapNone/>
          <wp:docPr id="446066879" name="Picture 446066879" descr="image: Sefton Council 2030 branding - 7 coloured blocks in a 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mage: Sefton Council 2030 branding - 7 coloured blocks in a row"/>
                  <pic:cNvPicPr/>
                </pic:nvPicPr>
                <pic:blipFill>
                  <a:blip r:embed="rId1">
                    <a:extLst>
                      <a:ext uri="{28A0092B-C50C-407E-A947-70E740481C1C}">
                        <a14:useLocalDpi xmlns:a14="http://schemas.microsoft.com/office/drawing/2010/main" val="0"/>
                      </a:ext>
                    </a:extLst>
                  </a:blip>
                  <a:stretch>
                    <a:fillRect/>
                  </a:stretch>
                </pic:blipFill>
                <pic:spPr>
                  <a:xfrm>
                    <a:off x="0" y="0"/>
                    <a:ext cx="6543675" cy="231470"/>
                  </a:xfrm>
                  <a:prstGeom prst="rect">
                    <a:avLst/>
                  </a:prstGeom>
                </pic:spPr>
              </pic:pic>
            </a:graphicData>
          </a:graphic>
          <wp14:sizeRelH relativeFrom="page">
            <wp14:pctWidth>0</wp14:pctWidth>
          </wp14:sizeRelH>
          <wp14:sizeRelV relativeFrom="page">
            <wp14:pctHeight>0</wp14:pctHeight>
          </wp14:sizeRelV>
        </wp:anchor>
      </w:drawing>
    </w:r>
  </w:p>
  <w:tbl>
    <w:tblPr>
      <w:tblW w:w="9072" w:type="dxa"/>
      <w:jc w:val="center"/>
      <w:tblLook w:val="04A0" w:firstRow="1" w:lastRow="0" w:firstColumn="1" w:lastColumn="0" w:noHBand="0" w:noVBand="1"/>
    </w:tblPr>
    <w:tblGrid>
      <w:gridCol w:w="4316"/>
      <w:gridCol w:w="4756"/>
    </w:tblGrid>
    <w:tr w:rsidR="007F06D6" w:rsidRPr="00A665FC" w14:paraId="713F8627" w14:textId="77777777" w:rsidTr="007F1829">
      <w:trPr>
        <w:jc w:val="center"/>
      </w:trPr>
      <w:tc>
        <w:tcPr>
          <w:tcW w:w="4316" w:type="dxa"/>
          <w:shd w:val="clear" w:color="auto" w:fill="0082BC"/>
        </w:tcPr>
        <w:p w14:paraId="3CBCF896" w14:textId="77777777" w:rsidR="007F06D6" w:rsidRPr="00A665FC" w:rsidRDefault="007F06D6" w:rsidP="007F06D6">
          <w:r w:rsidRPr="00A665FC">
            <w:rPr>
              <w:b/>
              <w:noProof/>
              <w:color w:val="0082BC"/>
              <w:sz w:val="48"/>
            </w:rPr>
            <w:drawing>
              <wp:anchor distT="0" distB="0" distL="114300" distR="114300" simplePos="0" relativeHeight="251658243" behindDoc="0" locked="0" layoutInCell="1" allowOverlap="1" wp14:anchorId="2D0A6CE5" wp14:editId="0400683C">
                <wp:simplePos x="0" y="0"/>
                <wp:positionH relativeFrom="column">
                  <wp:posOffset>-1905</wp:posOffset>
                </wp:positionH>
                <wp:positionV relativeFrom="paragraph">
                  <wp:posOffset>29845</wp:posOffset>
                </wp:positionV>
                <wp:extent cx="2587925" cy="476250"/>
                <wp:effectExtent l="0" t="0" r="3175" b="0"/>
                <wp:wrapNone/>
                <wp:docPr id="2084495981" name="Picture 1" descr="A blue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343614" name="Picture 1" descr="A blue rectangle with white text&#10;&#10;AI-generated content may be incorrec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87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56" w:type="dxa"/>
          <w:shd w:val="clear" w:color="auto" w:fill="0082BC"/>
        </w:tcPr>
        <w:p w14:paraId="38996EE1" w14:textId="5A8F8112" w:rsidR="007F06D6" w:rsidRPr="00A665FC" w:rsidRDefault="007F06D6" w:rsidP="007F06D6">
          <w:pPr>
            <w:jc w:val="right"/>
          </w:pPr>
          <w:r w:rsidRPr="00A665FC">
            <w:rPr>
              <w:b/>
              <w:color w:val="FFFFFF"/>
              <w:sz w:val="24"/>
            </w:rPr>
            <w:t xml:space="preserve">Sefton Council | </w:t>
          </w:r>
          <w:r w:rsidR="002B1D1B">
            <w:rPr>
              <w:b/>
              <w:color w:val="FFFFFF"/>
              <w:sz w:val="24"/>
            </w:rPr>
            <w:t>Highways and Public Protection</w:t>
          </w:r>
        </w:p>
      </w:tc>
    </w:tr>
  </w:tbl>
  <w:p w14:paraId="6A22C400" w14:textId="77777777" w:rsidR="000A1196" w:rsidRPr="00A665FC" w:rsidRDefault="000A1196" w:rsidP="000A1196">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28B4024"/>
    <w:multiLevelType w:val="multilevel"/>
    <w:tmpl w:val="EB0A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3E3A9C"/>
    <w:multiLevelType w:val="multilevel"/>
    <w:tmpl w:val="AE3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BE4842"/>
    <w:multiLevelType w:val="multilevel"/>
    <w:tmpl w:val="AE3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61F66"/>
    <w:multiLevelType w:val="multilevel"/>
    <w:tmpl w:val="6F8A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D16DF8"/>
    <w:multiLevelType w:val="multilevel"/>
    <w:tmpl w:val="0B30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743BD9"/>
    <w:multiLevelType w:val="multilevel"/>
    <w:tmpl w:val="63B8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904A2F"/>
    <w:multiLevelType w:val="multilevel"/>
    <w:tmpl w:val="563C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1F3A07"/>
    <w:multiLevelType w:val="hybridMultilevel"/>
    <w:tmpl w:val="C5340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5D65AA"/>
    <w:multiLevelType w:val="hybridMultilevel"/>
    <w:tmpl w:val="E88A7F0C"/>
    <w:lvl w:ilvl="0" w:tplc="5E1CF11C">
      <w:start w:val="1"/>
      <w:numFmt w:val="decimal"/>
      <w:lvlText w:val="%1."/>
      <w:lvlJc w:val="left"/>
      <w:pPr>
        <w:ind w:left="720" w:hanging="360"/>
      </w:pPr>
    </w:lvl>
    <w:lvl w:ilvl="1" w:tplc="5122E9D6">
      <w:start w:val="1"/>
      <w:numFmt w:val="lowerLetter"/>
      <w:lvlText w:val="%2."/>
      <w:lvlJc w:val="left"/>
      <w:pPr>
        <w:ind w:left="1440" w:hanging="360"/>
      </w:pPr>
    </w:lvl>
    <w:lvl w:ilvl="2" w:tplc="3EAE0BBE">
      <w:start w:val="1"/>
      <w:numFmt w:val="lowerRoman"/>
      <w:lvlText w:val="%3."/>
      <w:lvlJc w:val="right"/>
      <w:pPr>
        <w:ind w:left="2160" w:hanging="180"/>
      </w:pPr>
    </w:lvl>
    <w:lvl w:ilvl="3" w:tplc="C73E3CB4">
      <w:start w:val="1"/>
      <w:numFmt w:val="decimal"/>
      <w:lvlText w:val="%4."/>
      <w:lvlJc w:val="left"/>
      <w:pPr>
        <w:ind w:left="2880" w:hanging="360"/>
      </w:pPr>
    </w:lvl>
    <w:lvl w:ilvl="4" w:tplc="2AFE9AA2">
      <w:start w:val="1"/>
      <w:numFmt w:val="lowerLetter"/>
      <w:lvlText w:val="%5."/>
      <w:lvlJc w:val="left"/>
      <w:pPr>
        <w:ind w:left="3600" w:hanging="360"/>
      </w:pPr>
    </w:lvl>
    <w:lvl w:ilvl="5" w:tplc="E3FAB040">
      <w:start w:val="1"/>
      <w:numFmt w:val="lowerRoman"/>
      <w:lvlText w:val="%6."/>
      <w:lvlJc w:val="right"/>
      <w:pPr>
        <w:ind w:left="4320" w:hanging="180"/>
      </w:pPr>
    </w:lvl>
    <w:lvl w:ilvl="6" w:tplc="022E2086">
      <w:start w:val="1"/>
      <w:numFmt w:val="decimal"/>
      <w:lvlText w:val="%7."/>
      <w:lvlJc w:val="left"/>
      <w:pPr>
        <w:ind w:left="5040" w:hanging="360"/>
      </w:pPr>
    </w:lvl>
    <w:lvl w:ilvl="7" w:tplc="1BF4A9C4">
      <w:start w:val="1"/>
      <w:numFmt w:val="lowerLetter"/>
      <w:lvlText w:val="%8."/>
      <w:lvlJc w:val="left"/>
      <w:pPr>
        <w:ind w:left="5760" w:hanging="360"/>
      </w:pPr>
    </w:lvl>
    <w:lvl w:ilvl="8" w:tplc="5D7A9B4C">
      <w:start w:val="1"/>
      <w:numFmt w:val="lowerRoman"/>
      <w:lvlText w:val="%9."/>
      <w:lvlJc w:val="right"/>
      <w:pPr>
        <w:ind w:left="6480" w:hanging="180"/>
      </w:pPr>
    </w:lvl>
  </w:abstractNum>
  <w:abstractNum w:abstractNumId="15" w15:restartNumberingAfterBreak="0">
    <w:nsid w:val="16284007"/>
    <w:multiLevelType w:val="multilevel"/>
    <w:tmpl w:val="1E40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F44D30"/>
    <w:multiLevelType w:val="multilevel"/>
    <w:tmpl w:val="F05C7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E7393C"/>
    <w:multiLevelType w:val="multilevel"/>
    <w:tmpl w:val="AE3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0A628E"/>
    <w:multiLevelType w:val="multilevel"/>
    <w:tmpl w:val="6B92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085708"/>
    <w:multiLevelType w:val="hybridMultilevel"/>
    <w:tmpl w:val="22821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722BEA"/>
    <w:multiLevelType w:val="multilevel"/>
    <w:tmpl w:val="BEF4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63244C"/>
    <w:multiLevelType w:val="multilevel"/>
    <w:tmpl w:val="8676F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0A7BA0"/>
    <w:multiLevelType w:val="hybridMultilevel"/>
    <w:tmpl w:val="89B0B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647928"/>
    <w:multiLevelType w:val="hybridMultilevel"/>
    <w:tmpl w:val="9C4ED7E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2F1E4077"/>
    <w:multiLevelType w:val="multilevel"/>
    <w:tmpl w:val="AE3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B01DE5"/>
    <w:multiLevelType w:val="multilevel"/>
    <w:tmpl w:val="AE3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775335"/>
    <w:multiLevelType w:val="multilevel"/>
    <w:tmpl w:val="D6C0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416985"/>
    <w:multiLevelType w:val="hybridMultilevel"/>
    <w:tmpl w:val="DC42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F6673E"/>
    <w:multiLevelType w:val="multilevel"/>
    <w:tmpl w:val="2640A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9B324E"/>
    <w:multiLevelType w:val="multilevel"/>
    <w:tmpl w:val="1BD4E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2D0E90"/>
    <w:multiLevelType w:val="multilevel"/>
    <w:tmpl w:val="AB6C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8047B5"/>
    <w:multiLevelType w:val="multilevel"/>
    <w:tmpl w:val="AE3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3B4B98"/>
    <w:multiLevelType w:val="multilevel"/>
    <w:tmpl w:val="187E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017E41"/>
    <w:multiLevelType w:val="hybridMultilevel"/>
    <w:tmpl w:val="C10A4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657494"/>
    <w:multiLevelType w:val="multilevel"/>
    <w:tmpl w:val="658C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65BBF"/>
    <w:multiLevelType w:val="multilevel"/>
    <w:tmpl w:val="0896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8650CB"/>
    <w:multiLevelType w:val="multilevel"/>
    <w:tmpl w:val="7408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61666A"/>
    <w:multiLevelType w:val="multilevel"/>
    <w:tmpl w:val="AE3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FD6B89"/>
    <w:multiLevelType w:val="multilevel"/>
    <w:tmpl w:val="AE3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817E2D"/>
    <w:multiLevelType w:val="multilevel"/>
    <w:tmpl w:val="B144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A35D06"/>
    <w:multiLevelType w:val="multilevel"/>
    <w:tmpl w:val="AE3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E12DD8"/>
    <w:multiLevelType w:val="multilevel"/>
    <w:tmpl w:val="FBE6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96707B"/>
    <w:multiLevelType w:val="multilevel"/>
    <w:tmpl w:val="E614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1F0B93"/>
    <w:multiLevelType w:val="multilevel"/>
    <w:tmpl w:val="6B2A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4F39C9"/>
    <w:multiLevelType w:val="multilevel"/>
    <w:tmpl w:val="17E0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2826613">
    <w:abstractNumId w:val="5"/>
  </w:num>
  <w:num w:numId="2" w16cid:durableId="1487016246">
    <w:abstractNumId w:val="3"/>
  </w:num>
  <w:num w:numId="3" w16cid:durableId="1484396736">
    <w:abstractNumId w:val="2"/>
  </w:num>
  <w:num w:numId="4" w16cid:durableId="1877547382">
    <w:abstractNumId w:val="4"/>
  </w:num>
  <w:num w:numId="5" w16cid:durableId="1809057152">
    <w:abstractNumId w:val="1"/>
  </w:num>
  <w:num w:numId="6" w16cid:durableId="1493444779">
    <w:abstractNumId w:val="0"/>
  </w:num>
  <w:num w:numId="7" w16cid:durableId="930352901">
    <w:abstractNumId w:val="34"/>
  </w:num>
  <w:num w:numId="8" w16cid:durableId="96677921">
    <w:abstractNumId w:val="35"/>
  </w:num>
  <w:num w:numId="9" w16cid:durableId="1885943946">
    <w:abstractNumId w:val="10"/>
  </w:num>
  <w:num w:numId="10" w16cid:durableId="2102799240">
    <w:abstractNumId w:val="30"/>
  </w:num>
  <w:num w:numId="11" w16cid:durableId="486483934">
    <w:abstractNumId w:val="26"/>
  </w:num>
  <w:num w:numId="12" w16cid:durableId="1548644970">
    <w:abstractNumId w:val="20"/>
  </w:num>
  <w:num w:numId="13" w16cid:durableId="1408651507">
    <w:abstractNumId w:val="27"/>
  </w:num>
  <w:num w:numId="14" w16cid:durableId="1434469441">
    <w:abstractNumId w:val="19"/>
  </w:num>
  <w:num w:numId="15" w16cid:durableId="939293694">
    <w:abstractNumId w:val="39"/>
  </w:num>
  <w:num w:numId="16" w16cid:durableId="1370958176">
    <w:abstractNumId w:val="28"/>
  </w:num>
  <w:num w:numId="17" w16cid:durableId="528959193">
    <w:abstractNumId w:val="11"/>
  </w:num>
  <w:num w:numId="18" w16cid:durableId="1049962024">
    <w:abstractNumId w:val="15"/>
  </w:num>
  <w:num w:numId="19" w16cid:durableId="12801739">
    <w:abstractNumId w:val="44"/>
  </w:num>
  <w:num w:numId="20" w16cid:durableId="1776096321">
    <w:abstractNumId w:val="18"/>
  </w:num>
  <w:num w:numId="21" w16cid:durableId="649674472">
    <w:abstractNumId w:val="16"/>
  </w:num>
  <w:num w:numId="22" w16cid:durableId="203178717">
    <w:abstractNumId w:val="9"/>
  </w:num>
  <w:num w:numId="23" w16cid:durableId="1748461079">
    <w:abstractNumId w:val="36"/>
  </w:num>
  <w:num w:numId="24" w16cid:durableId="547882938">
    <w:abstractNumId w:val="45"/>
  </w:num>
  <w:num w:numId="25" w16cid:durableId="1804886285">
    <w:abstractNumId w:val="21"/>
  </w:num>
  <w:num w:numId="26" w16cid:durableId="753942308">
    <w:abstractNumId w:val="41"/>
  </w:num>
  <w:num w:numId="27" w16cid:durableId="842161897">
    <w:abstractNumId w:val="6"/>
  </w:num>
  <w:num w:numId="28" w16cid:durableId="1169253410">
    <w:abstractNumId w:val="29"/>
  </w:num>
  <w:num w:numId="29" w16cid:durableId="1376005526">
    <w:abstractNumId w:val="43"/>
  </w:num>
  <w:num w:numId="30" w16cid:durableId="992417699">
    <w:abstractNumId w:val="12"/>
  </w:num>
  <w:num w:numId="31" w16cid:durableId="1811945182">
    <w:abstractNumId w:val="17"/>
  </w:num>
  <w:num w:numId="32" w16cid:durableId="752121699">
    <w:abstractNumId w:val="37"/>
  </w:num>
  <w:num w:numId="33" w16cid:durableId="728764366">
    <w:abstractNumId w:val="31"/>
  </w:num>
  <w:num w:numId="34" w16cid:durableId="903369946">
    <w:abstractNumId w:val="7"/>
  </w:num>
  <w:num w:numId="35" w16cid:durableId="1916547196">
    <w:abstractNumId w:val="40"/>
  </w:num>
  <w:num w:numId="36" w16cid:durableId="1313756109">
    <w:abstractNumId w:val="24"/>
  </w:num>
  <w:num w:numId="37" w16cid:durableId="580675113">
    <w:abstractNumId w:val="25"/>
  </w:num>
  <w:num w:numId="38" w16cid:durableId="1158957881">
    <w:abstractNumId w:val="38"/>
  </w:num>
  <w:num w:numId="39" w16cid:durableId="1517885159">
    <w:abstractNumId w:val="8"/>
  </w:num>
  <w:num w:numId="40" w16cid:durableId="1642035715">
    <w:abstractNumId w:val="23"/>
  </w:num>
  <w:num w:numId="41" w16cid:durableId="1929850866">
    <w:abstractNumId w:val="22"/>
  </w:num>
  <w:num w:numId="42" w16cid:durableId="1658533987">
    <w:abstractNumId w:val="33"/>
  </w:num>
  <w:num w:numId="43" w16cid:durableId="1224410394">
    <w:abstractNumId w:val="14"/>
  </w:num>
  <w:num w:numId="44" w16cid:durableId="663433532">
    <w:abstractNumId w:val="13"/>
  </w:num>
  <w:num w:numId="45" w16cid:durableId="1296523419">
    <w:abstractNumId w:val="42"/>
  </w:num>
  <w:num w:numId="46" w16cid:durableId="991056175">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FE2"/>
    <w:rsid w:val="00011491"/>
    <w:rsid w:val="0001246D"/>
    <w:rsid w:val="00016DA3"/>
    <w:rsid w:val="000175F6"/>
    <w:rsid w:val="00024DDE"/>
    <w:rsid w:val="00032434"/>
    <w:rsid w:val="00034616"/>
    <w:rsid w:val="00035335"/>
    <w:rsid w:val="0004753D"/>
    <w:rsid w:val="00050895"/>
    <w:rsid w:val="00053992"/>
    <w:rsid w:val="00057216"/>
    <w:rsid w:val="0006063C"/>
    <w:rsid w:val="00062E50"/>
    <w:rsid w:val="00073C50"/>
    <w:rsid w:val="00074692"/>
    <w:rsid w:val="00076698"/>
    <w:rsid w:val="000812B6"/>
    <w:rsid w:val="00081A7D"/>
    <w:rsid w:val="00081F38"/>
    <w:rsid w:val="00085B78"/>
    <w:rsid w:val="00096AC7"/>
    <w:rsid w:val="000A1196"/>
    <w:rsid w:val="000A1D22"/>
    <w:rsid w:val="000A78FD"/>
    <w:rsid w:val="000A7FC7"/>
    <w:rsid w:val="000B3B22"/>
    <w:rsid w:val="000D49B9"/>
    <w:rsid w:val="000E3362"/>
    <w:rsid w:val="000E7316"/>
    <w:rsid w:val="0010147F"/>
    <w:rsid w:val="00104A3C"/>
    <w:rsid w:val="00110E88"/>
    <w:rsid w:val="001115BF"/>
    <w:rsid w:val="00115BE7"/>
    <w:rsid w:val="00122490"/>
    <w:rsid w:val="00122589"/>
    <w:rsid w:val="00125EEB"/>
    <w:rsid w:val="001303A8"/>
    <w:rsid w:val="00134CED"/>
    <w:rsid w:val="00143869"/>
    <w:rsid w:val="0015074B"/>
    <w:rsid w:val="00160D75"/>
    <w:rsid w:val="00166387"/>
    <w:rsid w:val="00166BD0"/>
    <w:rsid w:val="00170274"/>
    <w:rsid w:val="001735DF"/>
    <w:rsid w:val="001743EB"/>
    <w:rsid w:val="00175C79"/>
    <w:rsid w:val="00180694"/>
    <w:rsid w:val="00187F29"/>
    <w:rsid w:val="001A3735"/>
    <w:rsid w:val="001A7573"/>
    <w:rsid w:val="001B2341"/>
    <w:rsid w:val="001B5028"/>
    <w:rsid w:val="001B5148"/>
    <w:rsid w:val="001C3FC7"/>
    <w:rsid w:val="001D6147"/>
    <w:rsid w:val="001E7F31"/>
    <w:rsid w:val="001F18BD"/>
    <w:rsid w:val="001F2C43"/>
    <w:rsid w:val="002130A3"/>
    <w:rsid w:val="00221AB6"/>
    <w:rsid w:val="002250F4"/>
    <w:rsid w:val="002259DC"/>
    <w:rsid w:val="002319BA"/>
    <w:rsid w:val="002329E8"/>
    <w:rsid w:val="00233F06"/>
    <w:rsid w:val="00235612"/>
    <w:rsid w:val="00244137"/>
    <w:rsid w:val="00245435"/>
    <w:rsid w:val="00256DA5"/>
    <w:rsid w:val="00256DD6"/>
    <w:rsid w:val="00256DEF"/>
    <w:rsid w:val="00260C8D"/>
    <w:rsid w:val="00267DAC"/>
    <w:rsid w:val="00271787"/>
    <w:rsid w:val="00282ABC"/>
    <w:rsid w:val="0028529D"/>
    <w:rsid w:val="00291D45"/>
    <w:rsid w:val="00295E96"/>
    <w:rsid w:val="0029639D"/>
    <w:rsid w:val="002B1D1B"/>
    <w:rsid w:val="002B35AD"/>
    <w:rsid w:val="002C1C8D"/>
    <w:rsid w:val="002C25F6"/>
    <w:rsid w:val="002C43EB"/>
    <w:rsid w:val="002D0CE4"/>
    <w:rsid w:val="002D748F"/>
    <w:rsid w:val="002E1F6C"/>
    <w:rsid w:val="002E2684"/>
    <w:rsid w:val="002E6044"/>
    <w:rsid w:val="002E7AA9"/>
    <w:rsid w:val="002F0E85"/>
    <w:rsid w:val="002F39DE"/>
    <w:rsid w:val="002F62C2"/>
    <w:rsid w:val="002F759F"/>
    <w:rsid w:val="00300AAC"/>
    <w:rsid w:val="00302B7E"/>
    <w:rsid w:val="00304C45"/>
    <w:rsid w:val="00307F22"/>
    <w:rsid w:val="003106E4"/>
    <w:rsid w:val="00311AAB"/>
    <w:rsid w:val="00315BBB"/>
    <w:rsid w:val="00316999"/>
    <w:rsid w:val="00316C51"/>
    <w:rsid w:val="00317E97"/>
    <w:rsid w:val="00321FB4"/>
    <w:rsid w:val="003234D7"/>
    <w:rsid w:val="0032696B"/>
    <w:rsid w:val="00326F90"/>
    <w:rsid w:val="00330826"/>
    <w:rsid w:val="003322F4"/>
    <w:rsid w:val="003328AA"/>
    <w:rsid w:val="00341A53"/>
    <w:rsid w:val="00342455"/>
    <w:rsid w:val="00343262"/>
    <w:rsid w:val="00351C2D"/>
    <w:rsid w:val="0035256F"/>
    <w:rsid w:val="00353820"/>
    <w:rsid w:val="00353EEF"/>
    <w:rsid w:val="00361C81"/>
    <w:rsid w:val="003651D0"/>
    <w:rsid w:val="00365E6A"/>
    <w:rsid w:val="00367D28"/>
    <w:rsid w:val="003713DB"/>
    <w:rsid w:val="00372A54"/>
    <w:rsid w:val="00381835"/>
    <w:rsid w:val="00382135"/>
    <w:rsid w:val="003823FA"/>
    <w:rsid w:val="00382592"/>
    <w:rsid w:val="00385868"/>
    <w:rsid w:val="00390169"/>
    <w:rsid w:val="003948A4"/>
    <w:rsid w:val="0039553C"/>
    <w:rsid w:val="003A0212"/>
    <w:rsid w:val="003B2419"/>
    <w:rsid w:val="003B272C"/>
    <w:rsid w:val="003B5880"/>
    <w:rsid w:val="003B7A2D"/>
    <w:rsid w:val="003C54F2"/>
    <w:rsid w:val="003C56BF"/>
    <w:rsid w:val="003D356B"/>
    <w:rsid w:val="003D439B"/>
    <w:rsid w:val="003E25CB"/>
    <w:rsid w:val="003E2B31"/>
    <w:rsid w:val="003E54C5"/>
    <w:rsid w:val="003E7D49"/>
    <w:rsid w:val="003F3C25"/>
    <w:rsid w:val="004009C4"/>
    <w:rsid w:val="00402A02"/>
    <w:rsid w:val="004031C7"/>
    <w:rsid w:val="00412AF7"/>
    <w:rsid w:val="004130D9"/>
    <w:rsid w:val="0041539A"/>
    <w:rsid w:val="00415578"/>
    <w:rsid w:val="00415CD3"/>
    <w:rsid w:val="0041672F"/>
    <w:rsid w:val="00422961"/>
    <w:rsid w:val="00430AB0"/>
    <w:rsid w:val="0043131B"/>
    <w:rsid w:val="00433B24"/>
    <w:rsid w:val="004340FD"/>
    <w:rsid w:val="00442354"/>
    <w:rsid w:val="00447431"/>
    <w:rsid w:val="00454E02"/>
    <w:rsid w:val="00455516"/>
    <w:rsid w:val="004617C1"/>
    <w:rsid w:val="004622E6"/>
    <w:rsid w:val="004625E5"/>
    <w:rsid w:val="00463B70"/>
    <w:rsid w:val="00466195"/>
    <w:rsid w:val="00467746"/>
    <w:rsid w:val="00475088"/>
    <w:rsid w:val="004754E9"/>
    <w:rsid w:val="00475FB2"/>
    <w:rsid w:val="00483650"/>
    <w:rsid w:val="00484232"/>
    <w:rsid w:val="00484503"/>
    <w:rsid w:val="00487B36"/>
    <w:rsid w:val="0049316D"/>
    <w:rsid w:val="00496E8A"/>
    <w:rsid w:val="004A0602"/>
    <w:rsid w:val="004A21CE"/>
    <w:rsid w:val="004A47DE"/>
    <w:rsid w:val="004A7591"/>
    <w:rsid w:val="004A77F9"/>
    <w:rsid w:val="004B0078"/>
    <w:rsid w:val="004B251A"/>
    <w:rsid w:val="004B5CBD"/>
    <w:rsid w:val="004B7AC3"/>
    <w:rsid w:val="004C2FB4"/>
    <w:rsid w:val="004C354C"/>
    <w:rsid w:val="004D4ECE"/>
    <w:rsid w:val="004D7153"/>
    <w:rsid w:val="004E027F"/>
    <w:rsid w:val="004E05B7"/>
    <w:rsid w:val="004E277B"/>
    <w:rsid w:val="004E2F2D"/>
    <w:rsid w:val="004E42C8"/>
    <w:rsid w:val="004E443C"/>
    <w:rsid w:val="004E55FD"/>
    <w:rsid w:val="004E7A46"/>
    <w:rsid w:val="004F09DE"/>
    <w:rsid w:val="004F1DB9"/>
    <w:rsid w:val="004F4A4E"/>
    <w:rsid w:val="0050303F"/>
    <w:rsid w:val="005032E1"/>
    <w:rsid w:val="00506A30"/>
    <w:rsid w:val="005116C5"/>
    <w:rsid w:val="00511F96"/>
    <w:rsid w:val="00514F5F"/>
    <w:rsid w:val="00514FBC"/>
    <w:rsid w:val="0051641B"/>
    <w:rsid w:val="00516C82"/>
    <w:rsid w:val="00517B56"/>
    <w:rsid w:val="00522A66"/>
    <w:rsid w:val="00524370"/>
    <w:rsid w:val="00524633"/>
    <w:rsid w:val="00531F43"/>
    <w:rsid w:val="00536407"/>
    <w:rsid w:val="005448B6"/>
    <w:rsid w:val="00547C3F"/>
    <w:rsid w:val="00547F72"/>
    <w:rsid w:val="00557DAF"/>
    <w:rsid w:val="00560F73"/>
    <w:rsid w:val="00561405"/>
    <w:rsid w:val="0056452B"/>
    <w:rsid w:val="00565B5D"/>
    <w:rsid w:val="005715A1"/>
    <w:rsid w:val="00571778"/>
    <w:rsid w:val="00571B76"/>
    <w:rsid w:val="00575170"/>
    <w:rsid w:val="0057534E"/>
    <w:rsid w:val="00580173"/>
    <w:rsid w:val="0058344C"/>
    <w:rsid w:val="00592C51"/>
    <w:rsid w:val="005A7576"/>
    <w:rsid w:val="005B50D4"/>
    <w:rsid w:val="005B5848"/>
    <w:rsid w:val="005B5AF1"/>
    <w:rsid w:val="005B5FF7"/>
    <w:rsid w:val="005C098F"/>
    <w:rsid w:val="005C1F40"/>
    <w:rsid w:val="005C7CED"/>
    <w:rsid w:val="005D1552"/>
    <w:rsid w:val="005D7F83"/>
    <w:rsid w:val="005E287F"/>
    <w:rsid w:val="005E401A"/>
    <w:rsid w:val="005E5084"/>
    <w:rsid w:val="005E77B2"/>
    <w:rsid w:val="005E7D7C"/>
    <w:rsid w:val="005F03D8"/>
    <w:rsid w:val="005F3F2A"/>
    <w:rsid w:val="00615836"/>
    <w:rsid w:val="0061762B"/>
    <w:rsid w:val="00620F56"/>
    <w:rsid w:val="0062339D"/>
    <w:rsid w:val="0062565B"/>
    <w:rsid w:val="00627276"/>
    <w:rsid w:val="006301CE"/>
    <w:rsid w:val="00633980"/>
    <w:rsid w:val="00634ABD"/>
    <w:rsid w:val="00634AF2"/>
    <w:rsid w:val="00644E3D"/>
    <w:rsid w:val="00647EE9"/>
    <w:rsid w:val="00651D5D"/>
    <w:rsid w:val="006537C0"/>
    <w:rsid w:val="0065794C"/>
    <w:rsid w:val="006614A6"/>
    <w:rsid w:val="00661922"/>
    <w:rsid w:val="00664CBD"/>
    <w:rsid w:val="00667A1D"/>
    <w:rsid w:val="00671606"/>
    <w:rsid w:val="006732FD"/>
    <w:rsid w:val="00680CB4"/>
    <w:rsid w:val="00683667"/>
    <w:rsid w:val="006852CF"/>
    <w:rsid w:val="00685A24"/>
    <w:rsid w:val="0068627F"/>
    <w:rsid w:val="00690F29"/>
    <w:rsid w:val="00691A35"/>
    <w:rsid w:val="0069217B"/>
    <w:rsid w:val="00697B51"/>
    <w:rsid w:val="006A06DF"/>
    <w:rsid w:val="006A087D"/>
    <w:rsid w:val="006A1601"/>
    <w:rsid w:val="006A2A6F"/>
    <w:rsid w:val="006A52BC"/>
    <w:rsid w:val="006A699C"/>
    <w:rsid w:val="006B1224"/>
    <w:rsid w:val="006B2DE2"/>
    <w:rsid w:val="006B3689"/>
    <w:rsid w:val="006B6008"/>
    <w:rsid w:val="006C339D"/>
    <w:rsid w:val="006C3A5F"/>
    <w:rsid w:val="006D28EB"/>
    <w:rsid w:val="006D52B0"/>
    <w:rsid w:val="006D7018"/>
    <w:rsid w:val="006E1DDF"/>
    <w:rsid w:val="006F1699"/>
    <w:rsid w:val="006F7222"/>
    <w:rsid w:val="006F7369"/>
    <w:rsid w:val="00700E26"/>
    <w:rsid w:val="00702067"/>
    <w:rsid w:val="00713D70"/>
    <w:rsid w:val="0072213A"/>
    <w:rsid w:val="00723800"/>
    <w:rsid w:val="0073474E"/>
    <w:rsid w:val="00735FBE"/>
    <w:rsid w:val="007403DC"/>
    <w:rsid w:val="00741DBB"/>
    <w:rsid w:val="00744FBD"/>
    <w:rsid w:val="00745BBD"/>
    <w:rsid w:val="0075036B"/>
    <w:rsid w:val="00757885"/>
    <w:rsid w:val="00765EE2"/>
    <w:rsid w:val="00765EE9"/>
    <w:rsid w:val="007679B6"/>
    <w:rsid w:val="00770A28"/>
    <w:rsid w:val="007731E9"/>
    <w:rsid w:val="0078048B"/>
    <w:rsid w:val="00783838"/>
    <w:rsid w:val="00786C35"/>
    <w:rsid w:val="00793F32"/>
    <w:rsid w:val="007963C9"/>
    <w:rsid w:val="007A6574"/>
    <w:rsid w:val="007B5705"/>
    <w:rsid w:val="007C0416"/>
    <w:rsid w:val="007C2243"/>
    <w:rsid w:val="007C6702"/>
    <w:rsid w:val="007C7D15"/>
    <w:rsid w:val="007D61B3"/>
    <w:rsid w:val="007D78DA"/>
    <w:rsid w:val="007E0B7D"/>
    <w:rsid w:val="007E4461"/>
    <w:rsid w:val="007E451A"/>
    <w:rsid w:val="007F06D6"/>
    <w:rsid w:val="007F39F9"/>
    <w:rsid w:val="007F4569"/>
    <w:rsid w:val="00805318"/>
    <w:rsid w:val="00810273"/>
    <w:rsid w:val="008110B0"/>
    <w:rsid w:val="008117DF"/>
    <w:rsid w:val="00822870"/>
    <w:rsid w:val="00823294"/>
    <w:rsid w:val="00827FB8"/>
    <w:rsid w:val="008305C3"/>
    <w:rsid w:val="00833B16"/>
    <w:rsid w:val="00834382"/>
    <w:rsid w:val="00836676"/>
    <w:rsid w:val="00845349"/>
    <w:rsid w:val="00845ECD"/>
    <w:rsid w:val="00847C09"/>
    <w:rsid w:val="0085468D"/>
    <w:rsid w:val="00856E71"/>
    <w:rsid w:val="00865EED"/>
    <w:rsid w:val="00866E1F"/>
    <w:rsid w:val="00870987"/>
    <w:rsid w:val="0087277D"/>
    <w:rsid w:val="0088091B"/>
    <w:rsid w:val="00891FF8"/>
    <w:rsid w:val="008A0BA7"/>
    <w:rsid w:val="008A10D1"/>
    <w:rsid w:val="008A2AD1"/>
    <w:rsid w:val="008A5F0E"/>
    <w:rsid w:val="008B558E"/>
    <w:rsid w:val="008B67CC"/>
    <w:rsid w:val="008B7841"/>
    <w:rsid w:val="008C2CF8"/>
    <w:rsid w:val="008C49EE"/>
    <w:rsid w:val="008E3DA0"/>
    <w:rsid w:val="008E4D82"/>
    <w:rsid w:val="008E67AA"/>
    <w:rsid w:val="008E6995"/>
    <w:rsid w:val="008F290E"/>
    <w:rsid w:val="008F52F8"/>
    <w:rsid w:val="008F581E"/>
    <w:rsid w:val="008F6EDA"/>
    <w:rsid w:val="009008D4"/>
    <w:rsid w:val="00905BF5"/>
    <w:rsid w:val="00912962"/>
    <w:rsid w:val="00915045"/>
    <w:rsid w:val="009279EC"/>
    <w:rsid w:val="00931578"/>
    <w:rsid w:val="00936534"/>
    <w:rsid w:val="00941DFC"/>
    <w:rsid w:val="009437BE"/>
    <w:rsid w:val="009443A8"/>
    <w:rsid w:val="00947E64"/>
    <w:rsid w:val="00965170"/>
    <w:rsid w:val="009725F0"/>
    <w:rsid w:val="009727A8"/>
    <w:rsid w:val="00972DD3"/>
    <w:rsid w:val="00974456"/>
    <w:rsid w:val="009773AD"/>
    <w:rsid w:val="00983AA1"/>
    <w:rsid w:val="00983E73"/>
    <w:rsid w:val="0098695D"/>
    <w:rsid w:val="0099137F"/>
    <w:rsid w:val="009940B8"/>
    <w:rsid w:val="009A33C2"/>
    <w:rsid w:val="009A40A4"/>
    <w:rsid w:val="009A4A16"/>
    <w:rsid w:val="009A6CF7"/>
    <w:rsid w:val="009A71D2"/>
    <w:rsid w:val="009B2283"/>
    <w:rsid w:val="009B4131"/>
    <w:rsid w:val="009B5732"/>
    <w:rsid w:val="009B5C30"/>
    <w:rsid w:val="009C35C3"/>
    <w:rsid w:val="009C3BDE"/>
    <w:rsid w:val="009C3C55"/>
    <w:rsid w:val="009C6212"/>
    <w:rsid w:val="009E153E"/>
    <w:rsid w:val="009E3909"/>
    <w:rsid w:val="009E6205"/>
    <w:rsid w:val="009F340D"/>
    <w:rsid w:val="009F37BF"/>
    <w:rsid w:val="00A071D1"/>
    <w:rsid w:val="00A07798"/>
    <w:rsid w:val="00A10897"/>
    <w:rsid w:val="00A11542"/>
    <w:rsid w:val="00A12C96"/>
    <w:rsid w:val="00A13477"/>
    <w:rsid w:val="00A14929"/>
    <w:rsid w:val="00A14A20"/>
    <w:rsid w:val="00A17918"/>
    <w:rsid w:val="00A201DC"/>
    <w:rsid w:val="00A202B8"/>
    <w:rsid w:val="00A20A2A"/>
    <w:rsid w:val="00A20E49"/>
    <w:rsid w:val="00A23323"/>
    <w:rsid w:val="00A236B7"/>
    <w:rsid w:val="00A23E23"/>
    <w:rsid w:val="00A256DE"/>
    <w:rsid w:val="00A26C17"/>
    <w:rsid w:val="00A373B0"/>
    <w:rsid w:val="00A4137A"/>
    <w:rsid w:val="00A50B20"/>
    <w:rsid w:val="00A532A1"/>
    <w:rsid w:val="00A54D87"/>
    <w:rsid w:val="00A55CFD"/>
    <w:rsid w:val="00A57749"/>
    <w:rsid w:val="00A60A21"/>
    <w:rsid w:val="00A63AD3"/>
    <w:rsid w:val="00A64288"/>
    <w:rsid w:val="00A665FC"/>
    <w:rsid w:val="00A66D7A"/>
    <w:rsid w:val="00A77F26"/>
    <w:rsid w:val="00A83330"/>
    <w:rsid w:val="00A87104"/>
    <w:rsid w:val="00A91189"/>
    <w:rsid w:val="00A91516"/>
    <w:rsid w:val="00A93EC9"/>
    <w:rsid w:val="00AA1D8D"/>
    <w:rsid w:val="00AA3E36"/>
    <w:rsid w:val="00AA413C"/>
    <w:rsid w:val="00AA5C58"/>
    <w:rsid w:val="00AB1EE8"/>
    <w:rsid w:val="00AB253B"/>
    <w:rsid w:val="00AC19E9"/>
    <w:rsid w:val="00AC1D67"/>
    <w:rsid w:val="00AD28C4"/>
    <w:rsid w:val="00AD39CD"/>
    <w:rsid w:val="00AD5B78"/>
    <w:rsid w:val="00AE37D0"/>
    <w:rsid w:val="00AE68B0"/>
    <w:rsid w:val="00AF006A"/>
    <w:rsid w:val="00AF0BA4"/>
    <w:rsid w:val="00AF4161"/>
    <w:rsid w:val="00AF4256"/>
    <w:rsid w:val="00B01BFC"/>
    <w:rsid w:val="00B035E7"/>
    <w:rsid w:val="00B0361D"/>
    <w:rsid w:val="00B03895"/>
    <w:rsid w:val="00B044F7"/>
    <w:rsid w:val="00B10119"/>
    <w:rsid w:val="00B116F9"/>
    <w:rsid w:val="00B122F9"/>
    <w:rsid w:val="00B1432F"/>
    <w:rsid w:val="00B14756"/>
    <w:rsid w:val="00B207B7"/>
    <w:rsid w:val="00B20C3A"/>
    <w:rsid w:val="00B262BE"/>
    <w:rsid w:val="00B2766C"/>
    <w:rsid w:val="00B357E0"/>
    <w:rsid w:val="00B36A0A"/>
    <w:rsid w:val="00B37171"/>
    <w:rsid w:val="00B42C12"/>
    <w:rsid w:val="00B47232"/>
    <w:rsid w:val="00B47730"/>
    <w:rsid w:val="00B478EA"/>
    <w:rsid w:val="00B53D5A"/>
    <w:rsid w:val="00B548D0"/>
    <w:rsid w:val="00B55F74"/>
    <w:rsid w:val="00B5759E"/>
    <w:rsid w:val="00B60B4B"/>
    <w:rsid w:val="00B61F75"/>
    <w:rsid w:val="00B63941"/>
    <w:rsid w:val="00B64D8E"/>
    <w:rsid w:val="00B704A9"/>
    <w:rsid w:val="00B7139D"/>
    <w:rsid w:val="00B74C3E"/>
    <w:rsid w:val="00B7578E"/>
    <w:rsid w:val="00B80F38"/>
    <w:rsid w:val="00B86534"/>
    <w:rsid w:val="00B93A75"/>
    <w:rsid w:val="00B9571B"/>
    <w:rsid w:val="00BA074D"/>
    <w:rsid w:val="00BC737D"/>
    <w:rsid w:val="00BC73EA"/>
    <w:rsid w:val="00BD0475"/>
    <w:rsid w:val="00BD1C6B"/>
    <w:rsid w:val="00BD61C5"/>
    <w:rsid w:val="00BE052C"/>
    <w:rsid w:val="00BE0E7F"/>
    <w:rsid w:val="00BE34FF"/>
    <w:rsid w:val="00BE392D"/>
    <w:rsid w:val="00BE409F"/>
    <w:rsid w:val="00BE466B"/>
    <w:rsid w:val="00BE670A"/>
    <w:rsid w:val="00BE6F6E"/>
    <w:rsid w:val="00BE7853"/>
    <w:rsid w:val="00C03FFC"/>
    <w:rsid w:val="00C10C81"/>
    <w:rsid w:val="00C12732"/>
    <w:rsid w:val="00C12D72"/>
    <w:rsid w:val="00C16F45"/>
    <w:rsid w:val="00C21866"/>
    <w:rsid w:val="00C2193E"/>
    <w:rsid w:val="00C24D6C"/>
    <w:rsid w:val="00C250CE"/>
    <w:rsid w:val="00C27F34"/>
    <w:rsid w:val="00C37354"/>
    <w:rsid w:val="00C40829"/>
    <w:rsid w:val="00C41AA7"/>
    <w:rsid w:val="00C430C4"/>
    <w:rsid w:val="00C4462C"/>
    <w:rsid w:val="00C469EE"/>
    <w:rsid w:val="00C47990"/>
    <w:rsid w:val="00C55123"/>
    <w:rsid w:val="00C55BA8"/>
    <w:rsid w:val="00C56AA1"/>
    <w:rsid w:val="00C67778"/>
    <w:rsid w:val="00C7120F"/>
    <w:rsid w:val="00C73E92"/>
    <w:rsid w:val="00C74CB6"/>
    <w:rsid w:val="00C77845"/>
    <w:rsid w:val="00C77AF3"/>
    <w:rsid w:val="00C93F4D"/>
    <w:rsid w:val="00C97E34"/>
    <w:rsid w:val="00CA1C57"/>
    <w:rsid w:val="00CA22A5"/>
    <w:rsid w:val="00CA2E18"/>
    <w:rsid w:val="00CA3CDC"/>
    <w:rsid w:val="00CA40E0"/>
    <w:rsid w:val="00CA7649"/>
    <w:rsid w:val="00CB0664"/>
    <w:rsid w:val="00CB1FFD"/>
    <w:rsid w:val="00CB4F6B"/>
    <w:rsid w:val="00CC1F55"/>
    <w:rsid w:val="00CD36EC"/>
    <w:rsid w:val="00CD7261"/>
    <w:rsid w:val="00CE28C7"/>
    <w:rsid w:val="00CE5365"/>
    <w:rsid w:val="00CE60B7"/>
    <w:rsid w:val="00CE7343"/>
    <w:rsid w:val="00CF361B"/>
    <w:rsid w:val="00CF74B7"/>
    <w:rsid w:val="00D01132"/>
    <w:rsid w:val="00D019F3"/>
    <w:rsid w:val="00D05D53"/>
    <w:rsid w:val="00D0670F"/>
    <w:rsid w:val="00D148DF"/>
    <w:rsid w:val="00D16EE7"/>
    <w:rsid w:val="00D23D0C"/>
    <w:rsid w:val="00D3132B"/>
    <w:rsid w:val="00D34DBF"/>
    <w:rsid w:val="00D36951"/>
    <w:rsid w:val="00D4486B"/>
    <w:rsid w:val="00D44C3C"/>
    <w:rsid w:val="00D459EF"/>
    <w:rsid w:val="00D46EEC"/>
    <w:rsid w:val="00D513CC"/>
    <w:rsid w:val="00D51AF7"/>
    <w:rsid w:val="00D52564"/>
    <w:rsid w:val="00D60732"/>
    <w:rsid w:val="00D61A9F"/>
    <w:rsid w:val="00D6429F"/>
    <w:rsid w:val="00D74891"/>
    <w:rsid w:val="00D74D8D"/>
    <w:rsid w:val="00D75482"/>
    <w:rsid w:val="00D75D0D"/>
    <w:rsid w:val="00D769D0"/>
    <w:rsid w:val="00D7754C"/>
    <w:rsid w:val="00D91EE6"/>
    <w:rsid w:val="00D93447"/>
    <w:rsid w:val="00D93614"/>
    <w:rsid w:val="00D9688B"/>
    <w:rsid w:val="00D96DCA"/>
    <w:rsid w:val="00D96F44"/>
    <w:rsid w:val="00DA1C44"/>
    <w:rsid w:val="00DA2843"/>
    <w:rsid w:val="00DA42C5"/>
    <w:rsid w:val="00DA5CF0"/>
    <w:rsid w:val="00DA63E8"/>
    <w:rsid w:val="00DB0536"/>
    <w:rsid w:val="00DB1CE1"/>
    <w:rsid w:val="00DB2880"/>
    <w:rsid w:val="00DB31BF"/>
    <w:rsid w:val="00DC14EB"/>
    <w:rsid w:val="00DC6FFA"/>
    <w:rsid w:val="00DC74D7"/>
    <w:rsid w:val="00DC7E31"/>
    <w:rsid w:val="00DF0022"/>
    <w:rsid w:val="00DF2249"/>
    <w:rsid w:val="00DF5712"/>
    <w:rsid w:val="00E13EB9"/>
    <w:rsid w:val="00E14684"/>
    <w:rsid w:val="00E16DB8"/>
    <w:rsid w:val="00E16F88"/>
    <w:rsid w:val="00E1750B"/>
    <w:rsid w:val="00E20BF1"/>
    <w:rsid w:val="00E364F4"/>
    <w:rsid w:val="00E36D43"/>
    <w:rsid w:val="00E41A4B"/>
    <w:rsid w:val="00E43A20"/>
    <w:rsid w:val="00E43C43"/>
    <w:rsid w:val="00E4473C"/>
    <w:rsid w:val="00E4716C"/>
    <w:rsid w:val="00E54416"/>
    <w:rsid w:val="00E54E38"/>
    <w:rsid w:val="00E55D71"/>
    <w:rsid w:val="00E62069"/>
    <w:rsid w:val="00E76022"/>
    <w:rsid w:val="00E765FD"/>
    <w:rsid w:val="00E77BE2"/>
    <w:rsid w:val="00E83667"/>
    <w:rsid w:val="00E853E8"/>
    <w:rsid w:val="00E909A8"/>
    <w:rsid w:val="00E9609A"/>
    <w:rsid w:val="00EB2F8B"/>
    <w:rsid w:val="00EB6227"/>
    <w:rsid w:val="00EB6794"/>
    <w:rsid w:val="00EB7CAD"/>
    <w:rsid w:val="00EC2252"/>
    <w:rsid w:val="00EC2E52"/>
    <w:rsid w:val="00EC2FD8"/>
    <w:rsid w:val="00EC3EC9"/>
    <w:rsid w:val="00ED0822"/>
    <w:rsid w:val="00ED09DC"/>
    <w:rsid w:val="00ED1C7A"/>
    <w:rsid w:val="00ED364B"/>
    <w:rsid w:val="00ED3BFD"/>
    <w:rsid w:val="00EE03CD"/>
    <w:rsid w:val="00EE523A"/>
    <w:rsid w:val="00F00525"/>
    <w:rsid w:val="00F04D83"/>
    <w:rsid w:val="00F1066D"/>
    <w:rsid w:val="00F1522F"/>
    <w:rsid w:val="00F21720"/>
    <w:rsid w:val="00F232C9"/>
    <w:rsid w:val="00F240DB"/>
    <w:rsid w:val="00F24918"/>
    <w:rsid w:val="00F30ED0"/>
    <w:rsid w:val="00F31573"/>
    <w:rsid w:val="00F31D49"/>
    <w:rsid w:val="00F348E4"/>
    <w:rsid w:val="00F34D5B"/>
    <w:rsid w:val="00F42FEF"/>
    <w:rsid w:val="00F45E7A"/>
    <w:rsid w:val="00F47920"/>
    <w:rsid w:val="00F47DFF"/>
    <w:rsid w:val="00F556BD"/>
    <w:rsid w:val="00F601BC"/>
    <w:rsid w:val="00F61762"/>
    <w:rsid w:val="00F62591"/>
    <w:rsid w:val="00F64E7D"/>
    <w:rsid w:val="00F654E9"/>
    <w:rsid w:val="00F74424"/>
    <w:rsid w:val="00F7624F"/>
    <w:rsid w:val="00F8025B"/>
    <w:rsid w:val="00F82B0F"/>
    <w:rsid w:val="00F867D9"/>
    <w:rsid w:val="00F86ADF"/>
    <w:rsid w:val="00F9221C"/>
    <w:rsid w:val="00F933C1"/>
    <w:rsid w:val="00F97226"/>
    <w:rsid w:val="00F97F83"/>
    <w:rsid w:val="00FA0576"/>
    <w:rsid w:val="00FA0900"/>
    <w:rsid w:val="00FA1CF6"/>
    <w:rsid w:val="00FA6C97"/>
    <w:rsid w:val="00FB01CC"/>
    <w:rsid w:val="00FB2749"/>
    <w:rsid w:val="00FB67D6"/>
    <w:rsid w:val="00FB71B1"/>
    <w:rsid w:val="00FC1FEE"/>
    <w:rsid w:val="00FC4661"/>
    <w:rsid w:val="00FC5D9A"/>
    <w:rsid w:val="00FC693F"/>
    <w:rsid w:val="00FD072C"/>
    <w:rsid w:val="00FD1A59"/>
    <w:rsid w:val="00FD1FC2"/>
    <w:rsid w:val="00FD5C8D"/>
    <w:rsid w:val="00FD64A1"/>
    <w:rsid w:val="00FE1E81"/>
    <w:rsid w:val="00FF6A03"/>
    <w:rsid w:val="03F40217"/>
    <w:rsid w:val="059CDD31"/>
    <w:rsid w:val="0870B0BE"/>
    <w:rsid w:val="0CDD744C"/>
    <w:rsid w:val="12730527"/>
    <w:rsid w:val="1553788F"/>
    <w:rsid w:val="15D8A56C"/>
    <w:rsid w:val="18EB4DEF"/>
    <w:rsid w:val="19DFF19A"/>
    <w:rsid w:val="1B8B474F"/>
    <w:rsid w:val="221F1006"/>
    <w:rsid w:val="22D06755"/>
    <w:rsid w:val="23E59206"/>
    <w:rsid w:val="25256D63"/>
    <w:rsid w:val="276588D7"/>
    <w:rsid w:val="2BA3421C"/>
    <w:rsid w:val="2C36115E"/>
    <w:rsid w:val="2CAB6C3C"/>
    <w:rsid w:val="2D1DA1E0"/>
    <w:rsid w:val="2D5FFB87"/>
    <w:rsid w:val="2FCA609B"/>
    <w:rsid w:val="3059BEEC"/>
    <w:rsid w:val="321C070D"/>
    <w:rsid w:val="36615E6A"/>
    <w:rsid w:val="39E4C2E0"/>
    <w:rsid w:val="3A0828AE"/>
    <w:rsid w:val="3B1E37E2"/>
    <w:rsid w:val="3B7225BB"/>
    <w:rsid w:val="3B74863D"/>
    <w:rsid w:val="3BC32820"/>
    <w:rsid w:val="3E44E41A"/>
    <w:rsid w:val="3FAC874E"/>
    <w:rsid w:val="40497DD4"/>
    <w:rsid w:val="41DA6AE2"/>
    <w:rsid w:val="42A6986D"/>
    <w:rsid w:val="430C8E15"/>
    <w:rsid w:val="46CECC95"/>
    <w:rsid w:val="4A0E6621"/>
    <w:rsid w:val="4B3BE543"/>
    <w:rsid w:val="4B60A7D1"/>
    <w:rsid w:val="4DCFDA8B"/>
    <w:rsid w:val="500CC985"/>
    <w:rsid w:val="541EB207"/>
    <w:rsid w:val="56182510"/>
    <w:rsid w:val="58D9050D"/>
    <w:rsid w:val="5948303A"/>
    <w:rsid w:val="5B2B7029"/>
    <w:rsid w:val="5BBAFBF7"/>
    <w:rsid w:val="6324EC2D"/>
    <w:rsid w:val="6978F482"/>
    <w:rsid w:val="6B2DC2CA"/>
    <w:rsid w:val="6D5F31B3"/>
    <w:rsid w:val="6E305888"/>
    <w:rsid w:val="6ED0F25F"/>
    <w:rsid w:val="7110AC77"/>
    <w:rsid w:val="71EA862B"/>
    <w:rsid w:val="72B588A2"/>
    <w:rsid w:val="755D47F9"/>
    <w:rsid w:val="76BFB995"/>
    <w:rsid w:val="76C8ABAD"/>
    <w:rsid w:val="77853C98"/>
    <w:rsid w:val="7872E659"/>
    <w:rsid w:val="790A617D"/>
    <w:rsid w:val="79857B90"/>
    <w:rsid w:val="7A4A9E89"/>
    <w:rsid w:val="7DBD43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3521F5"/>
  <w14:defaultImageDpi w14:val="300"/>
  <w15:docId w15:val="{4CF66FE0-446E-4563-A001-16203D941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7B57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91EE6"/>
    <w:rPr>
      <w:color w:val="0000FF" w:themeColor="hyperlink"/>
      <w:u w:val="single"/>
    </w:rPr>
  </w:style>
  <w:style w:type="character" w:styleId="UnresolvedMention">
    <w:name w:val="Unresolved Mention"/>
    <w:basedOn w:val="DefaultParagraphFont"/>
    <w:uiPriority w:val="99"/>
    <w:semiHidden/>
    <w:unhideWhenUsed/>
    <w:rsid w:val="00D91EE6"/>
    <w:rPr>
      <w:color w:val="605E5C"/>
      <w:shd w:val="clear" w:color="auto" w:fill="E1DFDD"/>
    </w:rPr>
  </w:style>
  <w:style w:type="paragraph" w:styleId="TOC2">
    <w:name w:val="toc 2"/>
    <w:basedOn w:val="Normal"/>
    <w:next w:val="Normal"/>
    <w:autoRedefine/>
    <w:uiPriority w:val="39"/>
    <w:unhideWhenUsed/>
    <w:rsid w:val="00E16DB8"/>
    <w:pPr>
      <w:tabs>
        <w:tab w:val="right" w:leader="dot" w:pos="8630"/>
      </w:tabs>
      <w:spacing w:after="100"/>
    </w:pPr>
  </w:style>
  <w:style w:type="paragraph" w:styleId="TOC1">
    <w:name w:val="toc 1"/>
    <w:basedOn w:val="Normal"/>
    <w:next w:val="Normal"/>
    <w:autoRedefine/>
    <w:uiPriority w:val="39"/>
    <w:unhideWhenUsed/>
    <w:rsid w:val="00ED36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sefton.gov.uk/equality-consultation-and-accessibility/equality-diversity-and-inclusion-strategy/"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sefton.gov.u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8442BBEB3A894FAA0A443444B1D407" ma:contentTypeVersion="3" ma:contentTypeDescription="Create a new document." ma:contentTypeScope="" ma:versionID="234affbf33707ccd3d9cff025bb573d0">
  <xsd:schema xmlns:xsd="http://www.w3.org/2001/XMLSchema" xmlns:xs="http://www.w3.org/2001/XMLSchema" xmlns:p="http://schemas.microsoft.com/office/2006/metadata/properties" xmlns:ns2="13dad899-0a7c-4ff9-80d1-7fd01280c3b4" targetNamespace="http://schemas.microsoft.com/office/2006/metadata/properties" ma:root="true" ma:fieldsID="65e0bac3492df225a55dee72bf67a727" ns2:_="">
    <xsd:import namespace="13dad899-0a7c-4ff9-80d1-7fd01280c3b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ad899-0a7c-4ff9-80d1-7fd01280c3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245581-A6A6-4C28-84E6-B9ACB6A7E8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A0C46145-960A-47B5-973B-80F89BA6F33D}">
  <ds:schemaRefs>
    <ds:schemaRef ds:uri="http://schemas.microsoft.com/sharepoint/v3/contenttype/forms"/>
  </ds:schemaRefs>
</ds:datastoreItem>
</file>

<file path=customXml/itemProps4.xml><?xml version="1.0" encoding="utf-8"?>
<ds:datastoreItem xmlns:ds="http://schemas.openxmlformats.org/officeDocument/2006/customXml" ds:itemID="{72D09149-7375-45CE-BCBD-3E31DFA18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ad899-0a7c-4ff9-80d1-7fd01280c3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3613</Words>
  <Characters>20597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24162</CharactersWithSpaces>
  <SharedDoc>false</SharedDoc>
  <HyperlinkBase/>
  <HLinks>
    <vt:vector size="72" baseType="variant">
      <vt:variant>
        <vt:i4>1376275</vt:i4>
      </vt:variant>
      <vt:variant>
        <vt:i4>66</vt:i4>
      </vt:variant>
      <vt:variant>
        <vt:i4>0</vt:i4>
      </vt:variant>
      <vt:variant>
        <vt:i4>5</vt:i4>
      </vt:variant>
      <vt:variant>
        <vt:lpwstr>https://www.sefton.gov.uk/equality-consultation-and-accessibility/equality-diversity-and-inclusion-strategy/</vt:lpwstr>
      </vt:variant>
      <vt:variant>
        <vt:lpwstr/>
      </vt:variant>
      <vt:variant>
        <vt:i4>5570635</vt:i4>
      </vt:variant>
      <vt:variant>
        <vt:i4>63</vt:i4>
      </vt:variant>
      <vt:variant>
        <vt:i4>0</vt:i4>
      </vt:variant>
      <vt:variant>
        <vt:i4>5</vt:i4>
      </vt:variant>
      <vt:variant>
        <vt:lpwstr>http://www.sefton.gov.uk/</vt:lpwstr>
      </vt:variant>
      <vt:variant>
        <vt:lpwstr/>
      </vt:variant>
      <vt:variant>
        <vt:i4>1310769</vt:i4>
      </vt:variant>
      <vt:variant>
        <vt:i4>56</vt:i4>
      </vt:variant>
      <vt:variant>
        <vt:i4>0</vt:i4>
      </vt:variant>
      <vt:variant>
        <vt:i4>5</vt:i4>
      </vt:variant>
      <vt:variant>
        <vt:lpwstr/>
      </vt:variant>
      <vt:variant>
        <vt:lpwstr>_Toc236810489</vt:lpwstr>
      </vt:variant>
      <vt:variant>
        <vt:i4>1310769</vt:i4>
      </vt:variant>
      <vt:variant>
        <vt:i4>50</vt:i4>
      </vt:variant>
      <vt:variant>
        <vt:i4>0</vt:i4>
      </vt:variant>
      <vt:variant>
        <vt:i4>5</vt:i4>
      </vt:variant>
      <vt:variant>
        <vt:lpwstr/>
      </vt:variant>
      <vt:variant>
        <vt:lpwstr>_Toc236810488</vt:lpwstr>
      </vt:variant>
      <vt:variant>
        <vt:i4>1310769</vt:i4>
      </vt:variant>
      <vt:variant>
        <vt:i4>44</vt:i4>
      </vt:variant>
      <vt:variant>
        <vt:i4>0</vt:i4>
      </vt:variant>
      <vt:variant>
        <vt:i4>5</vt:i4>
      </vt:variant>
      <vt:variant>
        <vt:lpwstr/>
      </vt:variant>
      <vt:variant>
        <vt:lpwstr>_Toc236810487</vt:lpwstr>
      </vt:variant>
      <vt:variant>
        <vt:i4>1310769</vt:i4>
      </vt:variant>
      <vt:variant>
        <vt:i4>38</vt:i4>
      </vt:variant>
      <vt:variant>
        <vt:i4>0</vt:i4>
      </vt:variant>
      <vt:variant>
        <vt:i4>5</vt:i4>
      </vt:variant>
      <vt:variant>
        <vt:lpwstr/>
      </vt:variant>
      <vt:variant>
        <vt:lpwstr>_Toc236810486</vt:lpwstr>
      </vt:variant>
      <vt:variant>
        <vt:i4>1310769</vt:i4>
      </vt:variant>
      <vt:variant>
        <vt:i4>32</vt:i4>
      </vt:variant>
      <vt:variant>
        <vt:i4>0</vt:i4>
      </vt:variant>
      <vt:variant>
        <vt:i4>5</vt:i4>
      </vt:variant>
      <vt:variant>
        <vt:lpwstr/>
      </vt:variant>
      <vt:variant>
        <vt:lpwstr>_Toc236810485</vt:lpwstr>
      </vt:variant>
      <vt:variant>
        <vt:i4>1310769</vt:i4>
      </vt:variant>
      <vt:variant>
        <vt:i4>26</vt:i4>
      </vt:variant>
      <vt:variant>
        <vt:i4>0</vt:i4>
      </vt:variant>
      <vt:variant>
        <vt:i4>5</vt:i4>
      </vt:variant>
      <vt:variant>
        <vt:lpwstr/>
      </vt:variant>
      <vt:variant>
        <vt:lpwstr>_Toc236810484</vt:lpwstr>
      </vt:variant>
      <vt:variant>
        <vt:i4>1310769</vt:i4>
      </vt:variant>
      <vt:variant>
        <vt:i4>20</vt:i4>
      </vt:variant>
      <vt:variant>
        <vt:i4>0</vt:i4>
      </vt:variant>
      <vt:variant>
        <vt:i4>5</vt:i4>
      </vt:variant>
      <vt:variant>
        <vt:lpwstr/>
      </vt:variant>
      <vt:variant>
        <vt:lpwstr>_Toc236810483</vt:lpwstr>
      </vt:variant>
      <vt:variant>
        <vt:i4>1310769</vt:i4>
      </vt:variant>
      <vt:variant>
        <vt:i4>14</vt:i4>
      </vt:variant>
      <vt:variant>
        <vt:i4>0</vt:i4>
      </vt:variant>
      <vt:variant>
        <vt:i4>5</vt:i4>
      </vt:variant>
      <vt:variant>
        <vt:lpwstr/>
      </vt:variant>
      <vt:variant>
        <vt:lpwstr>_Toc236810482</vt:lpwstr>
      </vt:variant>
      <vt:variant>
        <vt:i4>1310769</vt:i4>
      </vt:variant>
      <vt:variant>
        <vt:i4>8</vt:i4>
      </vt:variant>
      <vt:variant>
        <vt:i4>0</vt:i4>
      </vt:variant>
      <vt:variant>
        <vt:i4>5</vt:i4>
      </vt:variant>
      <vt:variant>
        <vt:lpwstr/>
      </vt:variant>
      <vt:variant>
        <vt:lpwstr>_Toc236810481</vt:lpwstr>
      </vt:variant>
      <vt:variant>
        <vt:i4>1310769</vt:i4>
      </vt:variant>
      <vt:variant>
        <vt:i4>2</vt:i4>
      </vt:variant>
      <vt:variant>
        <vt:i4>0</vt:i4>
      </vt:variant>
      <vt:variant>
        <vt:i4>5</vt:i4>
      </vt:variant>
      <vt:variant>
        <vt:lpwstr/>
      </vt:variant>
      <vt:variant>
        <vt:lpwstr>_Toc236810480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Wisse</dc:creator>
  <cp:keywords/>
  <dc:description>generated by python-docx</dc:description>
  <cp:lastModifiedBy>John Smith</cp:lastModifiedBy>
  <cp:revision>4</cp:revision>
  <cp:lastPrinted>2026-02-12T17:58:00Z</cp:lastPrinted>
  <dcterms:created xsi:type="dcterms:W3CDTF">2026-10-02T13:54:00Z</dcterms:created>
  <dcterms:modified xsi:type="dcterms:W3CDTF">2026-10-15T10:35:00Z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7ca66da9-0f96-4ab0-83ce-c6c98d6a1d51</vt:lpwstr>
  </property>
  <property fmtid="{D5CDD505-2E9C-101B-9397-08002B2CF9AE}" pid="3" name="MediaServiceImageTags">
    <vt:lpwstr/>
  </property>
  <property fmtid="{D5CDD505-2E9C-101B-9397-08002B2CF9AE}" pid="4" name="ContentTypeId">
    <vt:lpwstr>0x010100F88442BBEB3A894FAA0A443444B1D407</vt:lpwstr>
  </property>
  <property fmtid="{D5CDD505-2E9C-101B-9397-08002B2CF9AE}" pid="5" name="docLang">
    <vt:lpwstr>en</vt:lpwstr>
  </property>
</Properties>
</file>